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20C5" w14:textId="77777777" w:rsidR="0006521E" w:rsidRDefault="00000000">
      <w:pPr>
        <w:spacing w:after="0" w:line="3458" w:lineRule="exact"/>
        <w:ind w:left="198"/>
      </w:pPr>
      <w:r>
        <w:pict w14:anchorId="15FCCF97">
          <v:rect id="_x0000_s2074" style="position:absolute;left:0;text-align:left;margin-left:0;margin-top:0;width:595.3pt;height:841.9pt;z-index:-251671040;mso-wrap-distance-left:0;mso-wrap-distance-top:0;mso-wrap-distance-right:0;mso-wrap-distance-bottom:0;mso-position-horizontal-relative:page;mso-position-vertical-relative:page" o:allowincell="f" fillcolor="#69b92d" stroked="f">
            <w10:wrap anchorx="page" anchory="page"/>
          </v:rect>
        </w:pict>
      </w:r>
      <w:r>
        <w:pict w14:anchorId="3FCE6290">
          <v:oval id="_x0000_s2073" style="position:absolute;left:0;text-align:left;margin-left:-145pt;margin-top:-165pt;width:500pt;height:385pt;z-index:-251666944;mso-wrap-distance-left:0;mso-wrap-distance-top:0;mso-wrap-distance-right:0;mso-wrap-distance-bottom:0;mso-position-horizontal-relative:page;mso-position-vertical-relative:page" o:allowincell="f" fillcolor="#da251d" stroked="f">
            <w10:wrap anchorx="page" anchory="page"/>
          </v:oval>
        </w:pict>
      </w:r>
      <w:r>
        <w:pict w14:anchorId="28814F84">
          <v:oval id="_x0000_s2072" style="position:absolute;left:0;text-align:left;margin-left:-152pt;margin-top:-177pt;width:475pt;height:5in;z-index:-251664896;mso-wrap-distance-left:0;mso-wrap-distance-top:0;mso-wrap-distance-right:0;mso-wrap-distance-bottom:0;mso-position-horizontal-relative:page;mso-position-vertical-relative:page" o:allowincell="f" fillcolor="#69b92d" stroked="f">
            <w10:wrap anchorx="page" anchory="page"/>
          </v:oval>
        </w:pict>
      </w:r>
      <w:r>
        <w:pict w14:anchorId="7E568002">
          <v:oval id="_x0000_s2071" style="position:absolute;left:0;text-align:left;margin-left:-164pt;margin-top:-192pt;width:448pt;height:335pt;z-index:-251662848;mso-wrap-distance-left:0;mso-wrap-distance-top:0;mso-wrap-distance-right:0;mso-wrap-distance-bottom:0;mso-position-horizontal-relative:page;mso-position-vertical-relative:page" o:allowincell="f" stroked="f">
            <w10:wrap anchorx="page" anchory="page"/>
          </v:oval>
        </w:pict>
      </w:r>
      <w:r>
        <w:pict w14:anchorId="769AD97F">
          <v:oval id="_x0000_s2070" style="position:absolute;left:0;text-align:left;margin-left:-137pt;margin-top:-151pt;width:500pt;height:385pt;z-index:-251661824;mso-wrap-distance-left:0;mso-wrap-distance-top:0;mso-wrap-distance-right:0;mso-wrap-distance-bottom:0;mso-position-horizontal-relative:page;mso-position-vertical-relative:page" o:allowincell="f" filled="f" strokecolor="white" strokeweight=".9pt">
            <w10:wrap anchorx="page" anchory="page"/>
          </v:oval>
        </w:pict>
      </w:r>
      <w:r>
        <w:pict w14:anchorId="111D741D">
          <v:oval id="_x0000_s2069" style="position:absolute;left:0;text-align:left;margin-left:-122pt;margin-top:-135pt;width:500pt;height:385pt;z-index:-251660800;mso-wrap-distance-left:0;mso-wrap-distance-top:0;mso-wrap-distance-right:0;mso-wrap-distance-bottom:0;mso-position-horizontal-relative:page;mso-position-vertical-relative:page" o:allowincell="f" filled="f" strokecolor="white" strokeweight=".7pt">
            <w10:wrap anchorx="page" anchory="page"/>
          </v:oval>
        </w:pict>
      </w:r>
      <w:r>
        <w:pict w14:anchorId="3603AFA5">
          <v:oval id="_x0000_s2068" style="position:absolute;left:0;text-align:left;margin-left:120pt;margin-top:365pt;width:640pt;height:650pt;z-index:-251659776;mso-wrap-distance-left:0;mso-wrap-distance-top:0;mso-wrap-distance-right:0;mso-wrap-distance-bottom:0;mso-position-horizontal-relative:page;mso-position-vertical-relative:page" o:allowincell="f" fillcolor="#da251d" stroked="f">
            <w10:wrap anchorx="page" anchory="page"/>
          </v:oval>
        </w:pict>
      </w:r>
      <w:r>
        <w:pict w14:anchorId="3EA36DDA">
          <v:oval id="_x0000_s2067" style="position:absolute;left:0;text-align:left;margin-left:150pt;margin-top:350pt;width:610pt;height:640pt;z-index:-251658752;mso-wrap-distance-left:0;mso-wrap-distance-top:0;mso-wrap-distance-right:0;mso-wrap-distance-bottom:0;mso-position-horizontal-relative:page;mso-position-vertical-relative:page" o:allowincell="f" fillcolor="#69b92d" stroked="f">
            <w10:wrap anchorx="page" anchory="page"/>
          </v:oval>
        </w:pict>
      </w:r>
      <w:r>
        <w:pict w14:anchorId="66C59DEE">
          <v:oval id="_x0000_s2066" style="position:absolute;left:0;text-align:left;margin-left:300pt;margin-top:430pt;width:470pt;height:520pt;z-index:-251657728;mso-wrap-distance-left:0;mso-wrap-distance-top:0;mso-wrap-distance-right:0;mso-wrap-distance-bottom:0;mso-position-horizontal-relative:page;mso-position-vertical-relative:page" o:allowincell="f" stroked="f">
            <w10:wrap anchorx="page" anchory="page"/>
          </v:oval>
        </w:pict>
      </w:r>
      <w:r>
        <w:pict w14:anchorId="6983E795">
          <v:oval id="_x0000_s2065" style="position:absolute;left:0;text-align:left;margin-left:112pt;margin-top:350pt;width:650pt;height:660pt;z-index:-251656704;mso-wrap-distance-left:0;mso-wrap-distance-top:0;mso-wrap-distance-right:0;mso-wrap-distance-bottom:0;mso-position-horizontal-relative:page;mso-position-vertical-relative:page" o:allowincell="f" filled="f" strokecolor="white" strokeweight=".9pt">
            <w10:wrap anchorx="page" anchory="page"/>
          </v:oval>
        </w:pict>
      </w:r>
      <w:r>
        <w:pict w14:anchorId="438ECA95">
          <v:oval id="_x0000_s2064" style="position:absolute;left:0;text-align:left;margin-left:150pt;margin-top:365pt;width:620pt;height:650pt;z-index:-251655680;mso-wrap-distance-left:0;mso-wrap-distance-top:0;mso-wrap-distance-right:0;mso-wrap-distance-bottom:0;mso-position-horizontal-relative:page;mso-position-vertical-relative:page" o:allowincell="f" filled="f" strokecolor="white" strokeweight=".7pt">
            <w10:wrap anchorx="page" anchory="page"/>
          </v:oval>
        </w:pict>
      </w:r>
      <w:r>
        <w:pict w14:anchorId="5DF9B6D7">
          <v:oval id="_x0000_s2063" style="position:absolute;left:0;text-align:left;margin-left:-265pt;margin-top:515pt;width:440pt;height:510pt;z-index:-251668992;mso-wrap-distance-left:0;mso-wrap-distance-top:0;mso-wrap-distance-right:0;mso-wrap-distance-bottom:0;mso-position-horizontal-relative:page;mso-position-vertical-relative:page" o:allowincell="f" fillcolor="#da251d" stroked="f">
            <w10:wrap anchorx="page" anchory="page"/>
          </v:oval>
        </w:pict>
      </w:r>
      <w:r>
        <w:pict w14:anchorId="1A2DC0F5">
          <v:oval id="_x0000_s2062" style="position:absolute;left:0;text-align:left;margin-left:-235pt;margin-top:500pt;width:420pt;height:500pt;z-index:-251667968;mso-wrap-distance-left:0;mso-wrap-distance-top:0;mso-wrap-distance-right:0;mso-wrap-distance-bottom:0;mso-position-horizontal-relative:page;mso-position-vertical-relative:page" o:allowincell="f" fillcolor="#69b92d" stroked="f">
            <w10:wrap anchorx="page" anchory="page"/>
          </v:oval>
        </w:pict>
      </w:r>
      <w:r w:rsidR="00C935BA">
        <w:rPr>
          <w:noProof/>
        </w:rPr>
        <w:drawing>
          <wp:anchor distT="0" distB="0" distL="0" distR="0" simplePos="0" relativeHeight="251700224" behindDoc="0" locked="0" layoutInCell="0" allowOverlap="1" wp14:anchorId="13021604" wp14:editId="002022CF">
            <wp:simplePos x="0" y="0"/>
            <wp:positionH relativeFrom="page">
              <wp:posOffset>234000</wp:posOffset>
            </wp:positionH>
            <wp:positionV relativeFrom="page">
              <wp:posOffset>90000</wp:posOffset>
            </wp:positionV>
            <wp:extent cx="1317966" cy="1620000"/>
            <wp:effectExtent l="0" t="0" r="0" b="0"/>
            <wp:wrapNone/>
            <wp:docPr id="5" name="Logo IFS da capa" descr="Instituto Federal de Sergi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fs capa.png" descr="Instituto Federal de Sergip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796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22B3C" w14:textId="77777777" w:rsidR="0006521E" w:rsidRDefault="0006521E">
      <w:pPr>
        <w:spacing w:after="0" w:line="4200" w:lineRule="exact"/>
      </w:pPr>
    </w:p>
    <w:tbl>
      <w:tblPr>
        <w:tblW w:w="5550" w:type="dxa"/>
        <w:jc w:val="right"/>
        <w:tblLayout w:type="fixed"/>
        <w:tblLook w:val="04A0" w:firstRow="1" w:lastRow="0" w:firstColumn="1" w:lastColumn="0" w:noHBand="0" w:noVBand="1"/>
      </w:tblPr>
      <w:tblGrid>
        <w:gridCol w:w="5550"/>
      </w:tblGrid>
      <w:tr w:rsidR="0006521E" w14:paraId="34B5D7A5" w14:textId="77777777">
        <w:trPr>
          <w:cantSplit/>
          <w:jc w:val="right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05" w:type="dxa"/>
              <w:left w:w="150" w:type="dxa"/>
              <w:bottom w:w="105" w:type="dxa"/>
              <w:right w:w="180" w:type="dxa"/>
            </w:tcMar>
            <w:vAlign w:val="center"/>
          </w:tcPr>
          <w:p w14:paraId="11819ECD" w14:textId="77777777" w:rsidR="000F0520" w:rsidRDefault="00113F3D">
            <w:pPr>
              <w:jc w:val="right"/>
            </w:pPr>
            <w:r>
              <w:t>TÓPICOS ESPECIAIS I</w:t>
            </w:r>
          </w:p>
        </w:tc>
      </w:tr>
      <w:tr w:rsidR="0006521E" w14:paraId="53B0FCC1" w14:textId="77777777">
        <w:trPr>
          <w:cantSplit/>
          <w:jc w:val="right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80" w:type="dxa"/>
            </w:tcMar>
            <w:vAlign w:val="center"/>
          </w:tcPr>
          <w:p w14:paraId="3F1E9F1F" w14:textId="77777777" w:rsidR="000F0520" w:rsidRDefault="00113F3D">
            <w:pPr>
              <w:jc w:val="right"/>
            </w:pPr>
            <w:r>
              <w:br/>
              <w:t>AULA 01</w:t>
            </w:r>
          </w:p>
          <w:p w14:paraId="24539D05" w14:textId="14A3D56B" w:rsidR="00323453" w:rsidRDefault="00000000">
            <w:r>
              <w:br/>
            </w:r>
            <w:r w:rsidR="00F76965">
              <w:t xml:space="preserve">                                                      </w:t>
            </w:r>
            <w:r>
              <w:t>FUNDAMENTOS DA IA</w:t>
            </w:r>
            <w:r>
              <w:br/>
            </w:r>
            <w:r w:rsidR="00F76965">
              <w:t xml:space="preserve">                                                                  </w:t>
            </w:r>
            <w:r>
              <w:t>GENERATIVA</w:t>
            </w:r>
          </w:p>
        </w:tc>
      </w:tr>
      <w:tr w:rsidR="0006521E" w14:paraId="1463A3DD" w14:textId="77777777">
        <w:trPr>
          <w:cantSplit/>
          <w:jc w:val="right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80" w:type="dxa"/>
            </w:tcMar>
            <w:vAlign w:val="center"/>
          </w:tcPr>
          <w:p w14:paraId="47DD6B21" w14:textId="77777777" w:rsidR="000F0520" w:rsidRDefault="00113F3D">
            <w:pPr>
              <w:jc w:val="right"/>
            </w:pPr>
            <w:r>
              <w:t>2026</w:t>
            </w:r>
            <w:r>
              <w:br/>
              <w:t>Prof Ângelo Santana</w:t>
            </w:r>
          </w:p>
        </w:tc>
      </w:tr>
    </w:tbl>
    <w:p w14:paraId="4D9204B7" w14:textId="77777777" w:rsidR="0006521E" w:rsidRDefault="0006521E">
      <w:pPr>
        <w:spacing w:after="0" w:line="20" w:lineRule="exact"/>
        <w:sectPr w:rsidR="000652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510" w:bottom="397" w:left="510" w:header="0" w:footer="0" w:gutter="0"/>
          <w:cols w:space="720"/>
          <w:docGrid w:linePitch="360"/>
        </w:sectPr>
      </w:pPr>
    </w:p>
    <w:p w14:paraId="75CBB97E" w14:textId="77777777" w:rsidR="0006521E" w:rsidRDefault="00000000">
      <w:pPr>
        <w:spacing w:after="0" w:line="20" w:lineRule="exact"/>
      </w:pPr>
      <w:r>
        <w:lastRenderedPageBreak/>
        <w:pict w14:anchorId="265C1BB4">
          <v:rect id="_x0000_s2061" style="position:absolute;margin-left:0;margin-top:0;width:595.3pt;height:841.9pt;z-index:-251670016;mso-wrap-distance-left:0;mso-wrap-distance-top:0;mso-wrap-distance-right:0;mso-wrap-distance-bottom:0;mso-position-horizontal-relative:page;mso-position-vertical-relative:page" o:allowincell="f" fillcolor="#f2f3f1" stroked="f">
            <w10:wrap anchorx="page" anchory="page"/>
          </v:rect>
        </w:pict>
      </w:r>
      <w:r>
        <w:pict w14:anchorId="22B85EC9">
          <v:rect id="_x0000_s2060" style="position:absolute;margin-left:579.2pt;margin-top:0;width:6.2pt;height:841.9pt;z-index:-251654656;mso-wrap-distance-left:0;mso-wrap-distance-top:0;mso-wrap-distance-right:0;mso-wrap-distance-bottom:0;mso-position-horizontal-relative:page;mso-position-vertical-relative:page" o:allowincell="f" fillcolor="#69b92d" stroked="f">
            <w10:wrap anchorx="page" anchory="page"/>
          </v:rect>
        </w:pict>
      </w:r>
      <w:r>
        <w:pict w14:anchorId="56DF735C">
          <v:rect id="_x0000_s2059" style="position:absolute;margin-left:585.4pt;margin-top:0;width:2.6pt;height:841.9pt;z-index:-251653632;mso-wrap-distance-left:0;mso-wrap-distance-top:0;mso-wrap-distance-right:0;mso-wrap-distance-bottom:0;mso-position-horizontal-relative:page;mso-position-vertical-relative:page" o:allowincell="f" stroked="f">
            <w10:wrap anchorx="page" anchory="page"/>
          </v:rect>
        </w:pict>
      </w:r>
      <w:r>
        <w:pict w14:anchorId="63E68BA5">
          <v:rect id="_x0000_s2058" style="position:absolute;margin-left:588pt;margin-top:0;width:3.8pt;height:841.9pt;z-index:-251652608;mso-wrap-distance-left:0;mso-wrap-distance-top:0;mso-wrap-distance-right:0;mso-wrap-distance-bottom:0;mso-position-horizontal-relative:page;mso-position-vertical-relative:page" o:allowincell="f" fillcolor="#da251d" stroked="f">
            <w10:wrap anchorx="page" anchory="page"/>
          </v:rect>
        </w:pict>
      </w:r>
      <w:r>
        <w:pict w14:anchorId="697E23B3">
          <v:rect id="_x0000_s2057" style="position:absolute;margin-left:48.2pt;margin-top:56pt;width:531pt;height:4.2pt;z-index:-251651584;mso-wrap-distance-left:0;mso-wrap-distance-top:0;mso-wrap-distance-right:0;mso-wrap-distance-bottom:0;mso-position-horizontal-relative:page;mso-position-vertical-relative:page" o:allowincell="f" fillcolor="#69b92d" stroked="f">
            <w10:wrap anchorx="page" anchory="page"/>
          </v:rect>
        </w:pict>
      </w:r>
      <w:r>
        <w:pict w14:anchorId="706FA5BE">
          <v:rect id="_x0000_s2056" style="position:absolute;margin-left:48.2pt;margin-top:60.2pt;width:531pt;height:2.2pt;z-index:-251650560;mso-wrap-distance-left:0;mso-wrap-distance-top:0;mso-wrap-distance-right:0;mso-wrap-distance-bottom:0;mso-position-horizontal-relative:page;mso-position-vertical-relative:page" o:allowincell="f" stroked="f">
            <w10:wrap anchorx="page" anchory="page"/>
          </v:rect>
        </w:pict>
      </w:r>
      <w:r>
        <w:pict w14:anchorId="71427D0E">
          <v:rect id="_x0000_s2055" style="position:absolute;margin-left:48.2pt;margin-top:62.4pt;width:531pt;height:2.8pt;z-index:-251649536;mso-wrap-distance-left:0;mso-wrap-distance-top:0;mso-wrap-distance-right:0;mso-wrap-distance-bottom:0;mso-position-horizontal-relative:page;mso-position-vertical-relative:page" o:allowincell="f" fillcolor="#da251d" stroked="f">
            <w10:wrap anchorx="page" anchory="page"/>
          </v:rect>
        </w:pict>
      </w:r>
      <w:r>
        <w:pict w14:anchorId="7231D4F0">
          <v:rect id="_x0000_s2054" style="position:absolute;margin-left:48.2pt;margin-top:807pt;width:531pt;height:4.2pt;z-index:-251648512;mso-wrap-distance-left:0;mso-wrap-distance-top:0;mso-wrap-distance-right:0;mso-wrap-distance-bottom:0;mso-position-horizontal-relative:page;mso-position-vertical-relative:page" o:allowincell="f" fillcolor="#69b92d" stroked="f">
            <w10:wrap anchorx="page" anchory="page"/>
          </v:rect>
        </w:pict>
      </w:r>
      <w:r>
        <w:pict w14:anchorId="5C503E63">
          <v:rect id="_x0000_s2053" style="position:absolute;margin-left:48.2pt;margin-top:811.2pt;width:531pt;height:2.2pt;z-index:-251647488;mso-wrap-distance-left:0;mso-wrap-distance-top:0;mso-wrap-distance-right:0;mso-wrap-distance-bottom:0;mso-position-horizontal-relative:page;mso-position-vertical-relative:page" o:allowincell="f" stroked="f">
            <w10:wrap anchorx="page" anchory="page"/>
          </v:rect>
        </w:pict>
      </w:r>
      <w:r>
        <w:pict w14:anchorId="0AC17419">
          <v:rect id="_x0000_s2052" style="position:absolute;margin-left:48.2pt;margin-top:813.4pt;width:531pt;height:2.8pt;z-index:-251646464;mso-wrap-distance-left:0;mso-wrap-distance-top:0;mso-wrap-distance-right:0;mso-wrap-distance-bottom:0;mso-position-horizontal-relative:page;mso-position-vertical-relative:page" o:allowincell="f" fillcolor="#da251d" stroked="f">
            <w10:wrap anchorx="page" anchory="page"/>
          </v:rect>
        </w:pict>
      </w:r>
      <w:r>
        <w:pict w14:anchorId="3258F492">
          <v:oval id="_x0000_s2051" style="position:absolute;margin-left:390pt;margin-top:-90pt;width:245pt;height:225pt;z-index:-251665920;mso-wrap-distance-left:0;mso-wrap-distance-top:0;mso-wrap-distance-right:0;mso-wrap-distance-bottom:0;mso-position-horizontal-relative:page;mso-position-vertical-relative:page" o:allowincell="f" fillcolor="#eaf5e2" stroked="f">
            <w10:wrap anchorx="page" anchory="page"/>
          </v:oval>
        </w:pict>
      </w:r>
      <w:r>
        <w:pict w14:anchorId="5B55D296">
          <v:oval id="_x0000_s2050" style="position:absolute;margin-left:465pt;margin-top:-70pt;width:160pt;height:155pt;z-index:-251663872;mso-wrap-distance-left:0;mso-wrap-distance-top:0;mso-wrap-distance-right:0;mso-wrap-distance-bottom:0;mso-position-horizontal-relative:page;mso-position-vertical-relative:page" o:allowincell="f" stroked="f">
            <w10:wrap anchorx="page" anchory="page"/>
          </v:oval>
        </w:pic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1750"/>
        <w:gridCol w:w="7831"/>
      </w:tblGrid>
      <w:tr w:rsidR="0006521E" w14:paraId="12095CD8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35" w:type="dxa"/>
              <w:left w:w="125" w:type="dxa"/>
              <w:bottom w:w="135" w:type="dxa"/>
              <w:right w:w="125" w:type="dxa"/>
            </w:tcMar>
            <w:vAlign w:val="center"/>
          </w:tcPr>
          <w:p w14:paraId="23980EE3" w14:textId="77777777" w:rsidR="000F0520" w:rsidRDefault="00113F3D">
            <w:r>
              <w:t>TÓP. ESP. I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35" w:type="dxa"/>
              <w:left w:w="125" w:type="dxa"/>
              <w:bottom w:w="135" w:type="dxa"/>
              <w:right w:w="125" w:type="dxa"/>
            </w:tcMar>
            <w:vAlign w:val="center"/>
          </w:tcPr>
          <w:p w14:paraId="1B7FD489" w14:textId="77777777" w:rsidR="000F0520" w:rsidRDefault="00113F3D">
            <w:r>
              <w:t>SUMÁRIO</w:t>
            </w:r>
          </w:p>
        </w:tc>
      </w:tr>
    </w:tbl>
    <w:p w14:paraId="0C3B927A" w14:textId="77777777" w:rsidR="0006521E" w:rsidRDefault="00C935BA">
      <w:pPr>
        <w:spacing w:before="200" w:after="240"/>
        <w:jc w:val="right"/>
      </w:pPr>
      <w:r>
        <w:rPr>
          <w:rFonts w:cs="Segoe UI"/>
          <w:i/>
          <w:color w:val="69B92D"/>
          <w:sz w:val="18"/>
        </w:rPr>
        <w:t xml:space="preserve">Clique </w:t>
      </w:r>
      <w:proofErr w:type="spellStart"/>
      <w:r>
        <w:rPr>
          <w:rFonts w:cs="Segoe UI"/>
          <w:i/>
          <w:color w:val="69B92D"/>
          <w:sz w:val="18"/>
        </w:rPr>
        <w:t>nos</w:t>
      </w:r>
      <w:proofErr w:type="spellEnd"/>
      <w:r>
        <w:rPr>
          <w:rFonts w:cs="Segoe UI"/>
          <w:i/>
          <w:color w:val="69B92D"/>
          <w:sz w:val="18"/>
        </w:rPr>
        <w:t xml:space="preserve"> </w:t>
      </w:r>
      <w:proofErr w:type="spellStart"/>
      <w:r>
        <w:rPr>
          <w:rFonts w:cs="Segoe UI"/>
          <w:i/>
          <w:color w:val="69B92D"/>
          <w:sz w:val="18"/>
        </w:rPr>
        <w:t>tópicos</w:t>
      </w:r>
      <w:proofErr w:type="spellEnd"/>
      <w:r>
        <w:rPr>
          <w:rFonts w:cs="Segoe UI"/>
          <w:i/>
          <w:color w:val="69B92D"/>
          <w:sz w:val="18"/>
        </w:rPr>
        <w:t xml:space="preserve"> para </w:t>
      </w:r>
      <w:proofErr w:type="spellStart"/>
      <w:r>
        <w:rPr>
          <w:rFonts w:cs="Segoe UI"/>
          <w:i/>
          <w:color w:val="69B92D"/>
          <w:sz w:val="18"/>
        </w:rPr>
        <w:t>navegar</w:t>
      </w:r>
      <w:proofErr w:type="spellEnd"/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8181"/>
        <w:gridCol w:w="700"/>
      </w:tblGrid>
      <w:tr w:rsidR="0006521E" w14:paraId="0BF90260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A251D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646F1B26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01</w:t>
            </w:r>
          </w:p>
        </w:tc>
        <w:tc>
          <w:tcPr>
            <w:tcW w:w="8181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69B92D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15716FED" w14:textId="7C8026F3" w:rsidR="000F0520" w:rsidRDefault="00113F3D">
            <w:hyperlink w:anchor="bm_main_01" w:history="1">
              <w:r>
                <w:rPr>
                  <w:color w:val="EAF5E2"/>
                  <w:sz w:val="16"/>
                </w:rPr>
                <w:t>PROGRAMAÇÃO TRADICIONAL × MACHINE LEARNING</w:t>
              </w:r>
            </w:hyperlink>
          </w:p>
        </w:tc>
        <w:tc>
          <w:tcPr>
            <w:tcW w:w="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A251D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3BDF98E3" w14:textId="0888F7B6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bm_main_01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7C4BFE18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6ADCE268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02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36E69F33" w14:textId="051BFF05" w:rsidR="000F0520" w:rsidRDefault="00113F3D">
            <w:hyperlink w:anchor="bm_main_02" w:history="1">
              <w:r>
                <w:rPr>
                  <w:color w:val="6C756A"/>
                  <w:sz w:val="16"/>
                </w:rPr>
                <w:t>O QUE SIGNIFICA “MODELO”?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48764543" w14:textId="5E4AE168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bm_main_02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39C7820E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0A5FC7FF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03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17883D0F" w14:textId="5F50251C" w:rsidR="000F0520" w:rsidRDefault="00113F3D">
            <w:hyperlink w:anchor="bm_main_03" w:history="1">
              <w:r>
                <w:rPr>
                  <w:color w:val="6C756A"/>
                  <w:sz w:val="16"/>
                </w:rPr>
                <w:t>PARÂMETROS: OS VALORES QUE SÃO AJUSTADOS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609B1D7F" w14:textId="16F0CEFC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bm_main_03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4DF05873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35D522A9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04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4C9F837D" w14:textId="79A194EA" w:rsidR="000F0520" w:rsidRDefault="00113F3D">
            <w:hyperlink w:anchor="bm_main_04" w:history="1">
              <w:r>
                <w:rPr>
                  <w:color w:val="6C756A"/>
                  <w:sz w:val="16"/>
                </w:rPr>
                <w:t>MEMORIZAR NÃO É O MESMO QUE GENERALIZAR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1E8420F0" w14:textId="52F61897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bm_main_04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4D667562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187E15A3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05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3810CA3C" w14:textId="7603893D" w:rsidR="000F0520" w:rsidRDefault="00113F3D">
            <w:hyperlink w:anchor="bm_main_05" w:history="1">
              <w:r>
                <w:rPr>
                  <w:color w:val="6C756A"/>
                  <w:sz w:val="16"/>
                </w:rPr>
                <w:t>MODELOS DISCRIMINATIVOS × MODELOS GENERATIVOS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772B263A" w14:textId="35EB17CF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bm_main_05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4D7A202C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064A7352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06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7136D63F" w14:textId="0994A6B3" w:rsidR="000F0520" w:rsidRDefault="00113F3D">
            <w:hyperlink w:anchor="bm_main_06" w:history="1">
              <w:r>
                <w:rPr>
                  <w:color w:val="EAF5E2"/>
                  <w:sz w:val="16"/>
                </w:rPr>
                <w:t>DE ONDE VEM O CONTEÚDO GERADO?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5FC61756" w14:textId="72A4818D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bm_main_06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51AD46B1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61312155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07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34D8A28E" w14:textId="3D70661A" w:rsidR="000F0520" w:rsidRDefault="00113F3D">
            <w:hyperlink w:anchor="bm_main_07" w:history="1">
              <w:r>
                <w:rPr>
                  <w:color w:val="EAF5E2"/>
                  <w:sz w:val="16"/>
                </w:rPr>
                <w:t>TREINAMENTO × INFERÊNCIA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75E0F1E8" w14:textId="3FF850FA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bm_main_07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60F5A3BD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7F7DE66A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08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1BFD62DA" w14:textId="2E77060C" w:rsidR="000F0520" w:rsidRDefault="00113F3D">
            <w:hyperlink w:anchor="bm_main_08" w:history="1">
              <w:r>
                <w:rPr>
                  <w:color w:val="EAF5E2"/>
                  <w:sz w:val="16"/>
                </w:rPr>
                <w:t>PRÉ-TREINAMENTO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62C5FFDD" w14:textId="6D5D4331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bm_main_08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08829343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4A977D6D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09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30B38A6D" w14:textId="2C6DE852" w:rsidR="000F0520" w:rsidRDefault="00113F3D">
            <w:hyperlink w:anchor="bm_main_09" w:history="1">
              <w:r>
                <w:rPr>
                  <w:color w:val="EAF5E2"/>
                  <w:sz w:val="16"/>
                </w:rPr>
                <w:t>FINE-TUNING: ADAPTAÇÃO POR TREINAMENTO ADICIONAL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72D24A8A" w14:textId="4B8202E1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bm_main_09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69D82EB4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14582006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10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13D13FE1" w14:textId="256F31F8" w:rsidR="000F0520" w:rsidRDefault="00113F3D">
            <w:hyperlink w:anchor="bm_main_10" w:history="1">
              <w:r>
                <w:rPr>
                  <w:color w:val="EAF5E2"/>
                  <w:sz w:val="16"/>
                </w:rPr>
                <w:t>PROMPT NÃO É TREINAMENTO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5D8C48F8" w14:textId="6EBC06DF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bm_main_10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561C768C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25849CB7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11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6B7CCC7A" w14:textId="17FA2627" w:rsidR="000F0520" w:rsidRDefault="00113F3D">
            <w:hyperlink w:anchor="bm_main_11" w:history="1">
              <w:r>
                <w:rPr>
                  <w:color w:val="EAF5E2"/>
                  <w:sz w:val="16"/>
                </w:rPr>
                <w:t>FOUNDATION MODELS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2DBD66C6" w14:textId="0BE30D29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bm_main_11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</w:tbl>
    <w:p w14:paraId="6EB2033F" w14:textId="77777777" w:rsidR="0006521E" w:rsidRDefault="0006521E">
      <w:pPr>
        <w:spacing w:after="0" w:line="300" w:lineRule="exact"/>
      </w:pP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8181"/>
        <w:gridCol w:w="700"/>
      </w:tblGrid>
      <w:tr w:rsidR="0006521E" w14:paraId="20BE5C50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A251D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3E336F23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12</w:t>
            </w:r>
          </w:p>
        </w:tc>
        <w:tc>
          <w:tcPr>
            <w:tcW w:w="8181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69B92D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563B773E" w14:textId="683D6006" w:rsidR="000F0520" w:rsidRDefault="00113F3D">
            <w:hyperlink w:anchor="bm_main_12" w:history="1">
              <w:r>
                <w:rPr>
                  <w:color w:val="EAF5E2"/>
                  <w:sz w:val="16"/>
                </w:rPr>
                <w:t>LLMS: MODELOS DE LINGUAGEM EM GRANDE ESCALA</w:t>
              </w:r>
            </w:hyperlink>
          </w:p>
        </w:tc>
        <w:tc>
          <w:tcPr>
            <w:tcW w:w="7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A251D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425A6415" w14:textId="44151509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bm_main_12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686F0135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41E82501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13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01E07D32" w14:textId="3CE5304F" w:rsidR="000F0520" w:rsidRDefault="00113F3D">
            <w:hyperlink w:anchor="bm_main_13" w:history="1">
              <w:r>
                <w:rPr>
                  <w:color w:val="6C756A"/>
                  <w:sz w:val="16"/>
                </w:rPr>
                <w:t>A GERAÇÃO É PROBABILÍSTICA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1C2F94DF" w14:textId="6E60450C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bm_main_13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58389D49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058E4911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14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3E95B97D" w14:textId="58E473F9" w:rsidR="000F0520" w:rsidRDefault="00113F3D">
            <w:hyperlink w:anchor="bm_main_14" w:history="1">
              <w:r>
                <w:rPr>
                  <w:color w:val="6C756A"/>
                  <w:sz w:val="16"/>
                </w:rPr>
                <w:t>ALUCINAÇÃO: FLUÊNCIA NÃO GARANTE VERDADE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10F9BF9D" w14:textId="31487178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bm_main_14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13EA158B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0EF6DCA7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15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2F7BB20F" w14:textId="055F0C73" w:rsidR="000F0520" w:rsidRDefault="00113F3D">
            <w:hyperlink w:anchor="bm_main_15" w:history="1">
              <w:r>
                <w:rPr>
                  <w:color w:val="6C756A"/>
                  <w:sz w:val="16"/>
                </w:rPr>
                <w:t>UM LLM NÃO É SIMPLESMENTE UM BANCO DE DADOS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376AB68D" w14:textId="3C322234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bm_main_15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0500AA6C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55" w:type="dxa"/>
              <w:bottom w:w="90" w:type="dxa"/>
              <w:right w:w="55" w:type="dxa"/>
            </w:tcMar>
            <w:vAlign w:val="center"/>
          </w:tcPr>
          <w:p w14:paraId="16493291" w14:textId="77777777" w:rsidR="000F0520" w:rsidRDefault="00113F3D">
            <w:pPr>
              <w:jc w:val="center"/>
            </w:pPr>
            <w:r>
              <w:rPr>
                <w:b/>
                <w:color w:val="DA251D"/>
              </w:rPr>
              <w:t>16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175" w:type="dxa"/>
              <w:bottom w:w="90" w:type="dxa"/>
              <w:right w:w="175" w:type="dxa"/>
            </w:tcMar>
            <w:vAlign w:val="center"/>
          </w:tcPr>
          <w:p w14:paraId="11259994" w14:textId="23C53CA5" w:rsidR="000F0520" w:rsidRDefault="00113F3D">
            <w:hyperlink w:anchor="bm_main_16" w:history="1">
              <w:r>
                <w:rPr>
                  <w:color w:val="6C756A"/>
                  <w:sz w:val="16"/>
                </w:rPr>
                <w:t>UMA QUESTÃO EM ABERTO: A IA ENTENDE?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6A817F61" w14:textId="01781C98" w:rsidR="000F0520" w:rsidRDefault="00113F3D">
            <w:pPr>
              <w:jc w:val="right"/>
            </w:pPr>
            <w:r>
              <w:rPr>
                <w:color w:val="DA251D"/>
              </w:rPr>
              <w:fldChar w:fldCharType="begin"/>
            </w:r>
            <w:r>
              <w:rPr>
                <w:color w:val="DA251D"/>
              </w:rPr>
              <w:instrText xml:space="preserve"> PAGEREF bm_main_16 \h </w:instrText>
            </w:r>
            <w:r>
              <w:rPr>
                <w:color w:val="DA251D"/>
              </w:rPr>
            </w:r>
            <w:r>
              <w:rPr>
                <w:color w:val="DA251D"/>
              </w:rPr>
              <w:fldChar w:fldCharType="separate"/>
            </w:r>
            <w:r w:rsidR="00F76965">
              <w:rPr>
                <w:noProof/>
                <w:color w:val="DA251D"/>
              </w:rPr>
              <w:t>1</w:t>
            </w:r>
            <w:r>
              <w:rPr>
                <w:color w:val="DA251D"/>
              </w:rPr>
              <w:fldChar w:fldCharType="end"/>
            </w:r>
          </w:p>
        </w:tc>
      </w:tr>
      <w:tr w:rsidR="0006521E" w14:paraId="27351BA0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1CFCB0AE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17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2512B231" w14:textId="71326294" w:rsidR="000F0520" w:rsidRDefault="00113F3D">
            <w:hyperlink w:anchor="bm_main_17" w:history="1">
              <w:r>
                <w:rPr>
                  <w:color w:val="EAF5E2"/>
                  <w:sz w:val="16"/>
                </w:rPr>
                <w:t>MAPA CONCEITUAL DA AULA 01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594AD75E" w14:textId="5F37565C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bm_main_17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4FA8D62A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3B7180DF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18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0C69CA40" w14:textId="2F3FB501" w:rsidR="000F0520" w:rsidRDefault="00113F3D">
            <w:hyperlink w:anchor="bm_main_18" w:history="1">
              <w:r>
                <w:rPr>
                  <w:color w:val="EAF5E2"/>
                  <w:sz w:val="16"/>
                </w:rPr>
                <w:t>RESUMO EM 10 IDEIAS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5180A78E" w14:textId="077CB033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bm_main_18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6D306CA7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1B2CF276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19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265E4D3E" w14:textId="341DCE22" w:rsidR="000F0520" w:rsidRDefault="00113F3D">
            <w:hyperlink w:anchor="bm_main_19" w:history="1">
              <w:r>
                <w:rPr>
                  <w:color w:val="EAF5E2"/>
                  <w:sz w:val="16"/>
                </w:rPr>
                <w:t>REVISÃO RÁPIDA: TENTE RESPONDER SEM CONSULTAR AS PÁGINAS ANTERIORES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0AC61C18" w14:textId="37444585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bm_main_19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17C3DE91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75C53BC0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20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2A9222F9" w14:textId="1825BD00" w:rsidR="000F0520" w:rsidRDefault="00113F3D">
            <w:hyperlink w:anchor="bm_main_20" w:history="1">
              <w:r>
                <w:rPr>
                  <w:color w:val="EAF5E2"/>
                  <w:sz w:val="16"/>
                </w:rPr>
                <w:t>PONTE PARA A AULA 02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4354656D" w14:textId="2ACE1413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bm_main_20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  <w:tr w:rsidR="0006521E" w14:paraId="76D691FB" w14:textId="77777777">
        <w:trPr>
          <w:cantSplit/>
          <w:jc w:val="center"/>
        </w:trPr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55" w:type="dxa"/>
              <w:bottom w:w="110" w:type="dxa"/>
              <w:right w:w="55" w:type="dxa"/>
            </w:tcMar>
            <w:vAlign w:val="center"/>
          </w:tcPr>
          <w:p w14:paraId="503E1D98" w14:textId="77777777" w:rsidR="000F0520" w:rsidRDefault="00113F3D">
            <w:pPr>
              <w:jc w:val="center"/>
            </w:pPr>
            <w:r>
              <w:rPr>
                <w:b/>
                <w:color w:val="FFFFFF"/>
              </w:rPr>
              <w:t>21</w:t>
            </w:r>
          </w:p>
        </w:tc>
        <w:tc>
          <w:tcPr>
            <w:tcW w:w="8181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175" w:type="dxa"/>
              <w:bottom w:w="110" w:type="dxa"/>
              <w:right w:w="175" w:type="dxa"/>
            </w:tcMar>
            <w:vAlign w:val="center"/>
          </w:tcPr>
          <w:p w14:paraId="7A021D8B" w14:textId="6E1D4840" w:rsidR="000F0520" w:rsidRDefault="00113F3D">
            <w:hyperlink w:anchor="bm_main_21" w:history="1">
              <w:r>
                <w:rPr>
                  <w:color w:val="EAF5E2"/>
                  <w:sz w:val="16"/>
                </w:rPr>
                <w:t>GLOSSÁRIO ESSENCIAL</w:t>
              </w:r>
            </w:hyperlink>
          </w:p>
        </w:tc>
        <w:tc>
          <w:tcPr>
            <w:tcW w:w="700" w:type="dxa"/>
            <w:tcBorders>
              <w:top w:val="single" w:sz="5" w:space="0" w:color="D8DED4"/>
              <w:left w:val="single" w:sz="5" w:space="0" w:color="D8DED4"/>
              <w:bottom w:val="single" w:sz="5" w:space="0" w:color="D8DED4"/>
              <w:right w:val="single" w:sz="5" w:space="0" w:color="D8DED4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40" w:type="dxa"/>
            </w:tcMar>
            <w:vAlign w:val="center"/>
          </w:tcPr>
          <w:p w14:paraId="3E3448B8" w14:textId="13480BEA" w:rsidR="000F0520" w:rsidRDefault="00113F3D">
            <w:pPr>
              <w:jc w:val="right"/>
            </w:pPr>
            <w:r>
              <w:rPr>
                <w:color w:val="FFFFFF"/>
              </w:rPr>
              <w:fldChar w:fldCharType="begin"/>
            </w:r>
            <w:r>
              <w:rPr>
                <w:color w:val="FFFFFF"/>
              </w:rPr>
              <w:instrText xml:space="preserve"> PAGEREF bm_main_21 \h </w:instrText>
            </w:r>
            <w:r>
              <w:rPr>
                <w:color w:val="FFFFFF"/>
              </w:rPr>
            </w:r>
            <w:r>
              <w:rPr>
                <w:color w:val="FFFFFF"/>
              </w:rPr>
              <w:fldChar w:fldCharType="separate"/>
            </w:r>
            <w:r w:rsidR="00F76965">
              <w:rPr>
                <w:noProof/>
                <w:color w:val="FFFFFF"/>
              </w:rPr>
              <w:t>1</w:t>
            </w:r>
            <w:r>
              <w:rPr>
                <w:color w:val="FFFFFF"/>
              </w:rPr>
              <w:fldChar w:fldCharType="end"/>
            </w:r>
          </w:p>
        </w:tc>
      </w:tr>
    </w:tbl>
    <w:p w14:paraId="0596A038" w14:textId="77777777" w:rsidR="0006521E" w:rsidRDefault="00C935BA">
      <w:pPr>
        <w:spacing w:before="280" w:after="0"/>
      </w:pPr>
      <w:proofErr w:type="spellStart"/>
      <w:r>
        <w:lastRenderedPageBreak/>
        <w:t>Tópicos</w:t>
      </w:r>
      <w:proofErr w:type="spellEnd"/>
      <w:r>
        <w:t xml:space="preserve"> </w:t>
      </w:r>
      <w:proofErr w:type="spellStart"/>
      <w:r>
        <w:t>Especiais</w:t>
      </w:r>
      <w:proofErr w:type="spellEnd"/>
      <w:r>
        <w:t xml:space="preserve"> I  •  Prof Ângelo Santana</w:t>
      </w:r>
    </w:p>
    <w:p w14:paraId="7E8D338C" w14:textId="77777777" w:rsidR="0006521E" w:rsidRDefault="0006521E">
      <w:pPr>
        <w:spacing w:after="0" w:line="20" w:lineRule="exact"/>
        <w:sectPr w:rsidR="0006521E">
          <w:pgSz w:w="11906" w:h="16838"/>
          <w:pgMar w:top="822" w:right="1361" w:bottom="850" w:left="964" w:header="0" w:footer="0" w:gutter="0"/>
          <w:cols w:space="720"/>
          <w:docGrid w:linePitch="360"/>
        </w:sectPr>
      </w:pPr>
    </w:p>
    <w:p w14:paraId="67BE995C" w14:textId="7CD536B9" w:rsidR="00323453" w:rsidRDefault="00323453">
      <w:pPr>
        <w:pStyle w:val="IFSCorpo"/>
      </w:pPr>
    </w:p>
    <w:p w14:paraId="4D5D56CA" w14:textId="77777777" w:rsidR="00323453" w:rsidRDefault="00000000">
      <w:pPr>
        <w:pStyle w:val="IFSSubtitulo"/>
      </w:pPr>
      <w:proofErr w:type="spellStart"/>
      <w:r>
        <w:t>Objetivos</w:t>
      </w:r>
      <w:proofErr w:type="spellEnd"/>
      <w:r>
        <w:t xml:space="preserve"> de </w:t>
      </w:r>
      <w:proofErr w:type="spellStart"/>
      <w:r>
        <w:t>aprendizagem</w:t>
      </w:r>
      <w:proofErr w:type="spellEnd"/>
    </w:p>
    <w:p w14:paraId="10D76684" w14:textId="77777777" w:rsidR="00323453" w:rsidRDefault="00000000">
      <w:pPr>
        <w:pStyle w:val="IFSLista"/>
      </w:pPr>
      <w:proofErr w:type="spellStart"/>
      <w:r>
        <w:t>Diferenciar</w:t>
      </w:r>
      <w:proofErr w:type="spellEnd"/>
      <w:r>
        <w:t xml:space="preserve"> </w:t>
      </w:r>
      <w:proofErr w:type="spellStart"/>
      <w:r>
        <w:t>programação</w:t>
      </w:r>
      <w:proofErr w:type="spellEnd"/>
      <w:r>
        <w:t xml:space="preserve"> </w:t>
      </w:r>
      <w:proofErr w:type="spellStart"/>
      <w:r>
        <w:t>tradicional</w:t>
      </w:r>
      <w:proofErr w:type="spellEnd"/>
      <w:r>
        <w:t xml:space="preserve">, Machine Learning e IA </w:t>
      </w:r>
      <w:proofErr w:type="spellStart"/>
      <w:r>
        <w:t>Generativa</w:t>
      </w:r>
      <w:proofErr w:type="spellEnd"/>
      <w:r>
        <w:t>.</w:t>
      </w:r>
    </w:p>
    <w:p w14:paraId="32849558" w14:textId="77777777" w:rsidR="00323453" w:rsidRDefault="00000000">
      <w:pPr>
        <w:pStyle w:val="IFSLista"/>
      </w:pPr>
      <w:proofErr w:type="spellStart"/>
      <w:r>
        <w:t>Compreender</w:t>
      </w:r>
      <w:proofErr w:type="spellEnd"/>
      <w:r>
        <w:t xml:space="preserve"> 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modelos</w:t>
      </w:r>
      <w:proofErr w:type="spellEnd"/>
      <w:r>
        <w:t xml:space="preserve">, </w:t>
      </w:r>
      <w:proofErr w:type="spellStart"/>
      <w:r>
        <w:t>parâmetros</w:t>
      </w:r>
      <w:proofErr w:type="spellEnd"/>
      <w:r>
        <w:t xml:space="preserve"> e </w:t>
      </w:r>
      <w:proofErr w:type="spellStart"/>
      <w:r>
        <w:t>generalização</w:t>
      </w:r>
      <w:proofErr w:type="spellEnd"/>
      <w:r>
        <w:t>.</w:t>
      </w:r>
    </w:p>
    <w:p w14:paraId="23621E12" w14:textId="77777777" w:rsidR="00323453" w:rsidRDefault="00000000">
      <w:pPr>
        <w:pStyle w:val="IFSLista"/>
      </w:pPr>
      <w:proofErr w:type="spellStart"/>
      <w:r>
        <w:t>Distinguir</w:t>
      </w:r>
      <w:proofErr w:type="spellEnd"/>
      <w:r>
        <w:t xml:space="preserve">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discriminativos</w:t>
      </w:r>
      <w:proofErr w:type="spellEnd"/>
      <w:r>
        <w:t xml:space="preserve"> de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generativos</w:t>
      </w:r>
      <w:proofErr w:type="spellEnd"/>
      <w:r>
        <w:t>.</w:t>
      </w:r>
    </w:p>
    <w:p w14:paraId="06286EDC" w14:textId="77777777" w:rsidR="00323453" w:rsidRDefault="00000000">
      <w:pPr>
        <w:pStyle w:val="IFSLista"/>
      </w:pPr>
      <w:proofErr w:type="spellStart"/>
      <w:r>
        <w:t>Diferenciar</w:t>
      </w:r>
      <w:proofErr w:type="spellEnd"/>
      <w:r>
        <w:t xml:space="preserve"> </w:t>
      </w:r>
      <w:proofErr w:type="spellStart"/>
      <w:r>
        <w:t>treinamento</w:t>
      </w:r>
      <w:proofErr w:type="spellEnd"/>
      <w:r>
        <w:t xml:space="preserve">, </w:t>
      </w:r>
      <w:proofErr w:type="spellStart"/>
      <w:r>
        <w:t>pré-treinamento</w:t>
      </w:r>
      <w:proofErr w:type="spellEnd"/>
      <w:r>
        <w:t xml:space="preserve">, fine-tuning e </w:t>
      </w:r>
      <w:proofErr w:type="spellStart"/>
      <w:r>
        <w:t>inferência</w:t>
      </w:r>
      <w:proofErr w:type="spellEnd"/>
      <w:r>
        <w:t>.</w:t>
      </w:r>
    </w:p>
    <w:p w14:paraId="5831AAFD" w14:textId="77777777" w:rsidR="00323453" w:rsidRDefault="00000000">
      <w:pPr>
        <w:pStyle w:val="IFSLista"/>
      </w:pPr>
      <w:proofErr w:type="spellStart"/>
      <w:r>
        <w:t>Entender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um prompt </w:t>
      </w:r>
      <w:proofErr w:type="spellStart"/>
      <w:r>
        <w:t>não</w:t>
      </w:r>
      <w:proofErr w:type="spellEnd"/>
      <w:r>
        <w:t xml:space="preserve"> equivale a </w:t>
      </w:r>
      <w:proofErr w:type="spellStart"/>
      <w:r>
        <w:t>treinar</w:t>
      </w:r>
      <w:proofErr w:type="spellEnd"/>
      <w:r>
        <w:t xml:space="preserve"> um </w:t>
      </w:r>
      <w:proofErr w:type="spellStart"/>
      <w:r>
        <w:t>modelo</w:t>
      </w:r>
      <w:proofErr w:type="spellEnd"/>
      <w:r>
        <w:t>.</w:t>
      </w:r>
    </w:p>
    <w:p w14:paraId="0479872D" w14:textId="77777777" w:rsidR="00323453" w:rsidRDefault="00000000">
      <w:pPr>
        <w:pStyle w:val="IFSLista"/>
      </w:pPr>
      <w:proofErr w:type="spellStart"/>
      <w:r>
        <w:t>Compreender</w:t>
      </w:r>
      <w:proofErr w:type="spellEnd"/>
      <w:r>
        <w:t xml:space="preserve"> o </w:t>
      </w:r>
      <w:proofErr w:type="spellStart"/>
      <w:r>
        <w:t>conceito</w:t>
      </w:r>
      <w:proofErr w:type="spellEnd"/>
      <w:r>
        <w:t xml:space="preserve"> de Foundation Model e o </w:t>
      </w:r>
      <w:proofErr w:type="spellStart"/>
      <w:r>
        <w:t>papel</w:t>
      </w:r>
      <w:proofErr w:type="spellEnd"/>
      <w:r>
        <w:t xml:space="preserve"> dos LLMs.</w:t>
      </w:r>
    </w:p>
    <w:p w14:paraId="454385F7" w14:textId="77777777" w:rsidR="00323453" w:rsidRDefault="00000000">
      <w:pPr>
        <w:pStyle w:val="IFSLista"/>
      </w:pPr>
      <w:proofErr w:type="spellStart"/>
      <w:r>
        <w:t>Reconhecer</w:t>
      </w:r>
      <w:proofErr w:type="spellEnd"/>
      <w:r>
        <w:t xml:space="preserve"> o </w:t>
      </w:r>
      <w:proofErr w:type="spellStart"/>
      <w:r>
        <w:t>caráter</w:t>
      </w:r>
      <w:proofErr w:type="spellEnd"/>
      <w:r>
        <w:t xml:space="preserve"> </w:t>
      </w:r>
      <w:proofErr w:type="spellStart"/>
      <w:r>
        <w:t>probabilístico</w:t>
      </w:r>
      <w:proofErr w:type="spellEnd"/>
      <w:r>
        <w:t xml:space="preserve"> da </w:t>
      </w:r>
      <w:proofErr w:type="spellStart"/>
      <w:r>
        <w:t>geração</w:t>
      </w:r>
      <w:proofErr w:type="spellEnd"/>
      <w:r>
        <w:t xml:space="preserve"> e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consequências</w:t>
      </w:r>
      <w:proofErr w:type="spellEnd"/>
      <w:r>
        <w:t>.</w:t>
      </w:r>
    </w:p>
    <w:p w14:paraId="4A772C8C" w14:textId="77777777" w:rsidR="00323453" w:rsidRDefault="00000000">
      <w:pPr>
        <w:pStyle w:val="IFSLista"/>
      </w:pPr>
      <w:proofErr w:type="spellStart"/>
      <w:r>
        <w:t>Entender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nível</w:t>
      </w:r>
      <w:proofErr w:type="spellEnd"/>
      <w:r>
        <w:t xml:space="preserve"> </w:t>
      </w:r>
      <w:proofErr w:type="spellStart"/>
      <w:r>
        <w:t>introdutório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alucinações</w:t>
      </w:r>
      <w:proofErr w:type="spellEnd"/>
      <w:r>
        <w:t xml:space="preserve"> </w:t>
      </w:r>
      <w:proofErr w:type="spellStart"/>
      <w:r>
        <w:t>acontecem</w:t>
      </w:r>
      <w:proofErr w:type="spellEnd"/>
      <w:r>
        <w:t xml:space="preserve"> 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 xml:space="preserve"> de um LLM </w:t>
      </w:r>
      <w:proofErr w:type="spellStart"/>
      <w:r>
        <w:t>não</w:t>
      </w:r>
      <w:proofErr w:type="spellEnd"/>
      <w:r>
        <w:t xml:space="preserve"> é um banco de dados.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8872"/>
        <w:gridCol w:w="89"/>
      </w:tblGrid>
      <w:tr w:rsidR="00323453" w14:paraId="424ABC75" w14:textId="77777777">
        <w:trPr>
          <w:gridAfter w:val="1"/>
          <w:wAfter w:w="90" w:type="dxa"/>
          <w:cantSplit/>
          <w:tblHeader/>
          <w:jc w:val="center"/>
        </w:trPr>
        <w:tc>
          <w:tcPr>
            <w:tcW w:w="9581" w:type="dxa"/>
            <w:gridSpan w:val="2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8F4CC34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central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Como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máquina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consegue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textos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imagens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códigos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ninguém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programou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explicitamente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</w:tc>
      </w:tr>
      <w:tr w:rsidR="00323453" w14:paraId="6A583BB1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482CBEFA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01</w:t>
            </w:r>
          </w:p>
        </w:tc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7A75AED" w14:textId="77777777" w:rsidR="00323453" w:rsidRDefault="00000000">
            <w:pPr>
              <w:pStyle w:val="IFSTituloPrincipal"/>
            </w:pPr>
            <w:bookmarkStart w:id="0" w:name="bm_main_01"/>
            <w:r>
              <w:t>PROGRAMAÇÃO TRADICIONAL × MACHINE LEARNING</w:t>
            </w:r>
            <w:bookmarkEnd w:id="0"/>
          </w:p>
        </w:tc>
      </w:tr>
    </w:tbl>
    <w:p w14:paraId="55F6F068" w14:textId="77777777" w:rsidR="00323453" w:rsidRDefault="00323453">
      <w:pPr>
        <w:pStyle w:val="IFSCorpo"/>
        <w:spacing w:after="180" w:line="20" w:lineRule="exact"/>
      </w:pPr>
    </w:p>
    <w:p w14:paraId="7D71B053" w14:textId="77777777" w:rsidR="00323453" w:rsidRDefault="00000000">
      <w:pPr>
        <w:pStyle w:val="IFSCorpo"/>
      </w:pPr>
      <w:r>
        <w:t xml:space="preserve">Na </w:t>
      </w:r>
      <w:proofErr w:type="spellStart"/>
      <w:r>
        <w:t>programação</w:t>
      </w:r>
      <w:proofErr w:type="spellEnd"/>
      <w:r>
        <w:t xml:space="preserve"> </w:t>
      </w:r>
      <w:proofErr w:type="spellStart"/>
      <w:r>
        <w:t>tradicional</w:t>
      </w:r>
      <w:proofErr w:type="spellEnd"/>
      <w:r>
        <w:t xml:space="preserve">, o </w:t>
      </w:r>
      <w:proofErr w:type="spellStart"/>
      <w:r>
        <w:t>programador</w:t>
      </w:r>
      <w:proofErr w:type="spellEnd"/>
      <w:r>
        <w:t xml:space="preserve">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explicitamente</w:t>
      </w:r>
      <w:proofErr w:type="spellEnd"/>
      <w:r>
        <w:t xml:space="preserve"> as </w:t>
      </w:r>
      <w:proofErr w:type="spellStart"/>
      <w:r>
        <w:t>regras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computador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. Se </w:t>
      </w:r>
      <w:proofErr w:type="spellStart"/>
      <w:r>
        <w:t>quisermos</w:t>
      </w:r>
      <w:proofErr w:type="spellEnd"/>
      <w:r>
        <w:t xml:space="preserve"> </w:t>
      </w:r>
      <w:proofErr w:type="spellStart"/>
      <w:r>
        <w:t>decidir</w:t>
      </w:r>
      <w:proofErr w:type="spellEnd"/>
      <w:r>
        <w:t xml:space="preserve"> se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é </w:t>
      </w:r>
      <w:proofErr w:type="spellStart"/>
      <w:r>
        <w:t>maior</w:t>
      </w:r>
      <w:proofErr w:type="spellEnd"/>
      <w:r>
        <w:t xml:space="preserve"> de </w:t>
      </w:r>
      <w:proofErr w:type="spellStart"/>
      <w:r>
        <w:t>idade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escrever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condição</w:t>
      </w:r>
      <w:proofErr w:type="spellEnd"/>
      <w:r>
        <w:t xml:space="preserve"> simples.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78DA8167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D866B99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if (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&gt;= 18) {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console.log("Maior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");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}</w:t>
            </w:r>
          </w:p>
        </w:tc>
      </w:tr>
    </w:tbl>
    <w:p w14:paraId="71A34ECA" w14:textId="77777777" w:rsidR="00323453" w:rsidRDefault="00000000">
      <w:pPr>
        <w:pStyle w:val="IFSCorpo"/>
      </w:pPr>
      <w:r>
        <w:t xml:space="preserve">Podemos </w:t>
      </w:r>
      <w:proofErr w:type="spellStart"/>
      <w:r>
        <w:t>representar</w:t>
      </w:r>
      <w:proofErr w:type="spell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lógica</w:t>
      </w:r>
      <w:proofErr w:type="spellEnd"/>
      <w:r>
        <w:t xml:space="preserve"> </w:t>
      </w:r>
      <w:proofErr w:type="spellStart"/>
      <w:r>
        <w:t>como</w:t>
      </w:r>
      <w:proofErr w:type="spellEnd"/>
      <w:r>
        <w:t>: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6238179E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1129DAF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DADOS + REGRAS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PROGRAMA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RESPOSTA</w:t>
            </w:r>
          </w:p>
        </w:tc>
      </w:tr>
    </w:tbl>
    <w:p w14:paraId="1CEEE875" w14:textId="77777777" w:rsidR="00323453" w:rsidRDefault="00000000">
      <w:pPr>
        <w:pStyle w:val="IFSCorpo"/>
      </w:pPr>
      <w:r>
        <w:t xml:space="preserve">O </w:t>
      </w:r>
      <w:proofErr w:type="spellStart"/>
      <w:r>
        <w:t>computador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descobriu</w:t>
      </w:r>
      <w:proofErr w:type="spellEnd"/>
      <w:r>
        <w:t xml:space="preserve"> a </w:t>
      </w:r>
      <w:proofErr w:type="spellStart"/>
      <w:r>
        <w:t>regra</w:t>
      </w:r>
      <w:proofErr w:type="spellEnd"/>
      <w:r>
        <w:t xml:space="preserve"> </w:t>
      </w:r>
      <w:proofErr w:type="spellStart"/>
      <w:r>
        <w:t>idade</w:t>
      </w:r>
      <w:proofErr w:type="spellEnd"/>
      <w:r>
        <w:t xml:space="preserve"> ≥ 18. </w:t>
      </w:r>
      <w:proofErr w:type="spellStart"/>
      <w:r>
        <w:t>Nós</w:t>
      </w:r>
      <w:proofErr w:type="spellEnd"/>
      <w:r>
        <w:t xml:space="preserve"> a </w:t>
      </w:r>
      <w:proofErr w:type="spellStart"/>
      <w:r>
        <w:t>fornecemos</w:t>
      </w:r>
      <w:proofErr w:type="spellEnd"/>
      <w:r>
        <w:t xml:space="preserve">. O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aparece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queremos</w:t>
      </w:r>
      <w:proofErr w:type="spellEnd"/>
      <w:r>
        <w:t xml:space="preserve"> resolver </w:t>
      </w:r>
      <w:proofErr w:type="spellStart"/>
      <w:r>
        <w:t>situações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quais é </w:t>
      </w:r>
      <w:proofErr w:type="spellStart"/>
      <w:r>
        <w:t>extremamente</w:t>
      </w:r>
      <w:proofErr w:type="spellEnd"/>
      <w:r>
        <w:t xml:space="preserve"> </w:t>
      </w:r>
      <w:proofErr w:type="spellStart"/>
      <w:r>
        <w:t>difícil</w:t>
      </w:r>
      <w:proofErr w:type="spellEnd"/>
      <w:r>
        <w:t xml:space="preserve"> </w:t>
      </w:r>
      <w:proofErr w:type="spellStart"/>
      <w:r>
        <w:t>escrever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regras</w:t>
      </w:r>
      <w:proofErr w:type="spellEnd"/>
      <w:r>
        <w:t xml:space="preserve"> </w:t>
      </w:r>
      <w:proofErr w:type="spellStart"/>
      <w:r>
        <w:t>possíveis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reconhecer</w:t>
      </w:r>
      <w:proofErr w:type="spellEnd"/>
      <w:r>
        <w:t xml:space="preserve"> um </w:t>
      </w:r>
      <w:proofErr w:type="spellStart"/>
      <w:r>
        <w:t>cachorro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fotografia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27C28CB2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458A51A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quatro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patas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focinho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ENTÃO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cachorro</w:t>
            </w:r>
            <w:proofErr w:type="spellEnd"/>
          </w:p>
        </w:tc>
      </w:tr>
    </w:tbl>
    <w:p w14:paraId="6D9C4F9E" w14:textId="77777777" w:rsidR="00323453" w:rsidRDefault="00000000">
      <w:pPr>
        <w:pStyle w:val="IFSCorpo"/>
      </w:pPr>
      <w:r>
        <w:t xml:space="preserve">A </w:t>
      </w:r>
      <w:proofErr w:type="spellStart"/>
      <w:r>
        <w:t>regra</w:t>
      </w:r>
      <w:proofErr w:type="spellEnd"/>
      <w:r>
        <w:t xml:space="preserve"> </w:t>
      </w:r>
      <w:proofErr w:type="spellStart"/>
      <w:r>
        <w:t>parece</w:t>
      </w:r>
      <w:proofErr w:type="spellEnd"/>
      <w:r>
        <w:t xml:space="preserve"> </w:t>
      </w:r>
      <w:proofErr w:type="spellStart"/>
      <w:r>
        <w:t>razoável</w:t>
      </w:r>
      <w:proofErr w:type="spellEnd"/>
      <w:r>
        <w:t xml:space="preserve">, mas um gato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satisfazê</w:t>
      </w:r>
      <w:proofErr w:type="spellEnd"/>
      <w:r>
        <w:t xml:space="preserve">-la. No Machine Learning, </w:t>
      </w:r>
      <w:proofErr w:type="spellStart"/>
      <w:r>
        <w:t>mudamos</w:t>
      </w:r>
      <w:proofErr w:type="spellEnd"/>
      <w:r>
        <w:t xml:space="preserve"> a </w:t>
      </w:r>
      <w:proofErr w:type="spellStart"/>
      <w:r>
        <w:t>abordagem</w:t>
      </w:r>
      <w:proofErr w:type="spellEnd"/>
      <w:r>
        <w:t xml:space="preserve">: </w:t>
      </w:r>
      <w:proofErr w:type="spellStart"/>
      <w:r>
        <w:t>apresentamos</w:t>
      </w:r>
      <w:proofErr w:type="spellEnd"/>
      <w:r>
        <w:t xml:space="preserve"> </w:t>
      </w:r>
      <w:proofErr w:type="spellStart"/>
      <w:r>
        <w:t>exemplos</w:t>
      </w:r>
      <w:proofErr w:type="spellEnd"/>
      <w:r>
        <w:t xml:space="preserve"> e </w:t>
      </w:r>
      <w:proofErr w:type="spellStart"/>
      <w:r>
        <w:t>permitimos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um </w:t>
      </w:r>
      <w:proofErr w:type="spellStart"/>
      <w:r>
        <w:t>algoritmo</w:t>
      </w:r>
      <w:proofErr w:type="spellEnd"/>
      <w:r>
        <w:t xml:space="preserve"> </w:t>
      </w:r>
      <w:proofErr w:type="spellStart"/>
      <w:r>
        <w:t>ajuste</w:t>
      </w:r>
      <w:proofErr w:type="spellEnd"/>
      <w:r>
        <w:t xml:space="preserve"> um </w:t>
      </w:r>
      <w:proofErr w:type="spellStart"/>
      <w:r>
        <w:t>modelo</w:t>
      </w:r>
      <w:proofErr w:type="spellEnd"/>
      <w:r>
        <w:t xml:space="preserve"> para encontrar </w:t>
      </w:r>
      <w:proofErr w:type="spellStart"/>
      <w:r>
        <w:t>padrões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dados.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5045E4DC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0A76121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lastRenderedPageBreak/>
              <w:t>DADOS + EXEMPLOS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APRENDIZADO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MODELO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NOVO DADO → PREVISÃO</w:t>
            </w:r>
          </w:p>
        </w:tc>
      </w:tr>
      <w:tr w:rsidR="00323453" w14:paraId="2911DAD0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469BCC4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1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 professor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deseja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criar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programa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capaz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identificar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automaticamente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fotografia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contém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gato.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alternativa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melhor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representa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abordagem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Machine Learning?</w:t>
            </w:r>
          </w:p>
          <w:p w14:paraId="077B73D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programador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descreve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manualmente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características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possíveis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gatos.</w:t>
            </w:r>
          </w:p>
          <w:p w14:paraId="2616A66A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armazena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fotografia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gato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existente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no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mundo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4DFAFEA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muitas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imagens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previamente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apresentadas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31085E2E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computador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pesquisa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internet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imagem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idêntica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vez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recebe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fotografia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110E52CC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D0417B5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C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Machine Learning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desloca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trabalho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especificar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regras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processo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aprendizagem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dados.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objetivo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identifique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regularidades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também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novos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alternativa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aproxima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baseado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regras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explícitas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6D8B1FFE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50FF35CE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D5742D8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02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7AC1DC6" w14:textId="77777777" w:rsidR="00323453" w:rsidRDefault="00000000">
            <w:pPr>
              <w:pStyle w:val="IFSTituloPrincipal"/>
            </w:pPr>
            <w:bookmarkStart w:id="1" w:name="bm_main_02"/>
            <w:r>
              <w:t>O QUE SIGNIFICA “MODELO”?</w:t>
            </w:r>
            <w:bookmarkEnd w:id="1"/>
          </w:p>
        </w:tc>
      </w:tr>
    </w:tbl>
    <w:p w14:paraId="69C009DB" w14:textId="77777777" w:rsidR="00323453" w:rsidRDefault="00323453">
      <w:pPr>
        <w:pStyle w:val="IFSCorpo"/>
        <w:spacing w:after="180" w:line="20" w:lineRule="exact"/>
      </w:pPr>
    </w:p>
    <w:p w14:paraId="07471797" w14:textId="77777777" w:rsidR="00323453" w:rsidRDefault="00000000">
      <w:pPr>
        <w:pStyle w:val="IFSCorpo"/>
      </w:pPr>
      <w:r>
        <w:t xml:space="preserve">Durante a </w:t>
      </w:r>
      <w:proofErr w:type="spellStart"/>
      <w:r>
        <w:t>disciplina</w:t>
      </w:r>
      <w:proofErr w:type="spellEnd"/>
      <w:r>
        <w:t xml:space="preserve"> </w:t>
      </w:r>
      <w:proofErr w:type="spellStart"/>
      <w:r>
        <w:t>falaremos</w:t>
      </w:r>
      <w:proofErr w:type="spellEnd"/>
      <w:r>
        <w:t xml:space="preserve"> </w:t>
      </w:r>
      <w:proofErr w:type="spellStart"/>
      <w:r>
        <w:t>constantemente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modelo</w:t>
      </w:r>
      <w:proofErr w:type="spellEnd"/>
      <w:r>
        <w:t xml:space="preserve"> GPT, </w:t>
      </w:r>
      <w:proofErr w:type="spellStart"/>
      <w:r>
        <w:t>modelo</w:t>
      </w:r>
      <w:proofErr w:type="spellEnd"/>
      <w:r>
        <w:t xml:space="preserve"> Gemini, </w:t>
      </w:r>
      <w:proofErr w:type="spellStart"/>
      <w:r>
        <w:t>modelo</w:t>
      </w:r>
      <w:proofErr w:type="spellEnd"/>
      <w:r>
        <w:t xml:space="preserve"> Llama, </w:t>
      </w:r>
      <w:proofErr w:type="spellStart"/>
      <w:r>
        <w:t>modelo</w:t>
      </w:r>
      <w:proofErr w:type="spellEnd"/>
      <w:r>
        <w:t xml:space="preserve"> de embeddings e </w:t>
      </w:r>
      <w:proofErr w:type="spellStart"/>
      <w:r>
        <w:t>modelo</w:t>
      </w:r>
      <w:proofErr w:type="spellEnd"/>
      <w:r>
        <w:t xml:space="preserve"> de </w:t>
      </w:r>
      <w:proofErr w:type="spellStart"/>
      <w:r>
        <w:t>classificação</w:t>
      </w:r>
      <w:proofErr w:type="spellEnd"/>
      <w:r>
        <w:t xml:space="preserve">. Em </w:t>
      </w:r>
      <w:proofErr w:type="spellStart"/>
      <w:r>
        <w:t>termos</w:t>
      </w:r>
      <w:proofErr w:type="spellEnd"/>
      <w:r>
        <w:t xml:space="preserve"> simples, um </w:t>
      </w:r>
      <w:proofErr w:type="spellStart"/>
      <w:r>
        <w:t>modelo</w:t>
      </w:r>
      <w:proofErr w:type="spellEnd"/>
      <w:r>
        <w:t xml:space="preserve">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representação</w:t>
      </w:r>
      <w:proofErr w:type="spellEnd"/>
      <w:r>
        <w:t xml:space="preserve"> </w:t>
      </w:r>
      <w:proofErr w:type="spellStart"/>
      <w:r>
        <w:t>matemática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aprendeu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 dados e </w:t>
      </w:r>
      <w:proofErr w:type="spellStart"/>
      <w:r>
        <w:t>consegue</w:t>
      </w:r>
      <w:proofErr w:type="spellEnd"/>
      <w:r>
        <w:t xml:space="preserve"> </w:t>
      </w:r>
      <w:proofErr w:type="spellStart"/>
      <w:r>
        <w:t>utilizar</w:t>
      </w:r>
      <w:proofErr w:type="spellEnd"/>
      <w:r>
        <w:t xml:space="preserve"> esses </w:t>
      </w:r>
      <w:proofErr w:type="spellStart"/>
      <w:r>
        <w:t>padrões</w:t>
      </w:r>
      <w:proofErr w:type="spellEnd"/>
      <w:r>
        <w:t xml:space="preserve"> para </w:t>
      </w:r>
      <w:proofErr w:type="spellStart"/>
      <w:r>
        <w:t>produzir</w:t>
      </w:r>
      <w:proofErr w:type="spellEnd"/>
      <w:r>
        <w:t xml:space="preserve"> </w:t>
      </w:r>
      <w:proofErr w:type="spellStart"/>
      <w:r>
        <w:t>previsões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0FF6EFC8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4D60A717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ALGORITMO DE APRENDIZADO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MODELO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NOVOS RESULTADOS</w:t>
            </w:r>
          </w:p>
        </w:tc>
      </w:tr>
      <w:tr w:rsidR="00323453" w14:paraId="764F99F4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F5977A4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Ideia-chave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resultado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deve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imaginado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lista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infinita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prontas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estrutura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matemática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cujos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codificam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72046467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66D21B8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2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Quando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dizemos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GPT, Gemini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Llama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interpretação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adequada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2575F31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São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bancos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dados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possível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38FA866D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São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representações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matemáticas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aprenderam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dados.</w:t>
            </w:r>
          </w:p>
          <w:p w14:paraId="7E03E6B9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São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mecanismos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busca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sempre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consultam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páginas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internet.</w:t>
            </w:r>
          </w:p>
          <w:p w14:paraId="76B75352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São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programas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quais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desenvolvedores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escreveram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manualmente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080C2C9F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D8CA7C0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lastRenderedPageBreak/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deve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imaginado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enorme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tabela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conhecimento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distribuído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Essa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diferença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será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importante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compreender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tanto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criatividade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aparente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quanto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limitações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generativos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56188842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0F6F7161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630242C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03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FE85770" w14:textId="77777777" w:rsidR="00323453" w:rsidRDefault="00000000">
            <w:pPr>
              <w:pStyle w:val="IFSTituloPrincipal"/>
            </w:pPr>
            <w:bookmarkStart w:id="2" w:name="bm_main_03"/>
            <w:r>
              <w:t>PARÂMETROS: OS VALORES QUE SÃO AJUSTADOS</w:t>
            </w:r>
            <w:bookmarkEnd w:id="2"/>
          </w:p>
        </w:tc>
      </w:tr>
    </w:tbl>
    <w:p w14:paraId="415D5C4C" w14:textId="77777777" w:rsidR="00323453" w:rsidRDefault="00323453">
      <w:pPr>
        <w:pStyle w:val="IFSCorpo"/>
        <w:spacing w:after="180" w:line="20" w:lineRule="exact"/>
      </w:pPr>
    </w:p>
    <w:p w14:paraId="35AAA315" w14:textId="77777777" w:rsidR="00323453" w:rsidRDefault="00000000">
      <w:pPr>
        <w:pStyle w:val="IFSCorpo"/>
      </w:pPr>
      <w:r>
        <w:t xml:space="preserve">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possui</w:t>
      </w:r>
      <w:proofErr w:type="spellEnd"/>
      <w:r>
        <w:t xml:space="preserve">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internos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ajustados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o </w:t>
      </w:r>
      <w:proofErr w:type="spellStart"/>
      <w:r>
        <w:t>treinamento</w:t>
      </w:r>
      <w:proofErr w:type="spellEnd"/>
      <w:r>
        <w:t xml:space="preserve">. Esses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chamados</w:t>
      </w:r>
      <w:proofErr w:type="spellEnd"/>
      <w:r>
        <w:t xml:space="preserve"> de </w:t>
      </w:r>
      <w:proofErr w:type="spellStart"/>
      <w:r>
        <w:t>parâmetros</w:t>
      </w:r>
      <w:proofErr w:type="spellEnd"/>
      <w:r>
        <w:t xml:space="preserve">. Em redes </w:t>
      </w:r>
      <w:proofErr w:type="spellStart"/>
      <w:r>
        <w:t>neurais</w:t>
      </w:r>
      <w:proofErr w:type="spellEnd"/>
      <w:r>
        <w:t xml:space="preserve">, pesos e </w:t>
      </w:r>
      <w:proofErr w:type="spellStart"/>
      <w:r>
        <w:t>vieses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exemplos</w:t>
      </w:r>
      <w:proofErr w:type="spellEnd"/>
      <w:r>
        <w:t xml:space="preserve"> </w:t>
      </w:r>
      <w:proofErr w:type="spellStart"/>
      <w:r>
        <w:t>clássicos</w:t>
      </w:r>
      <w:proofErr w:type="spellEnd"/>
      <w:r>
        <w:t xml:space="preserve"> de </w:t>
      </w:r>
      <w:proofErr w:type="spellStart"/>
      <w:r>
        <w:t>parâmetros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06595677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6E3F1D7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Entrada 1 ──[peso]──┐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Entrada 2 ──[peso]──┼──→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Resultado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Entrada 3 ──[peso]──┘</w:t>
            </w:r>
          </w:p>
        </w:tc>
      </w:tr>
    </w:tbl>
    <w:p w14:paraId="2C56C19D" w14:textId="77777777" w:rsidR="00323453" w:rsidRDefault="00000000">
      <w:pPr>
        <w:pStyle w:val="IFSCorpo"/>
      </w:pPr>
      <w:r>
        <w:t xml:space="preserve">Durante o </w:t>
      </w:r>
      <w:proofErr w:type="spellStart"/>
      <w:r>
        <w:t>treinamento</w:t>
      </w:r>
      <w:proofErr w:type="spellEnd"/>
      <w:r>
        <w:t xml:space="preserve">, 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produz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saída</w:t>
      </w:r>
      <w:proofErr w:type="spellEnd"/>
      <w:r>
        <w:t xml:space="preserve">, </w:t>
      </w:r>
      <w:proofErr w:type="spellStart"/>
      <w:r>
        <w:t>mede</w:t>
      </w:r>
      <w:proofErr w:type="spellEnd"/>
      <w:r>
        <w:t xml:space="preserve"> o </w:t>
      </w:r>
      <w:proofErr w:type="spellStart"/>
      <w:r>
        <w:t>erro</w:t>
      </w:r>
      <w:proofErr w:type="spellEnd"/>
      <w:r>
        <w:t xml:space="preserve"> e </w:t>
      </w:r>
      <w:proofErr w:type="spellStart"/>
      <w:r>
        <w:t>ajusta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parâmetros</w:t>
      </w:r>
      <w:proofErr w:type="spellEnd"/>
      <w:r>
        <w:t xml:space="preserve">. O </w:t>
      </w:r>
      <w:proofErr w:type="spellStart"/>
      <w:r>
        <w:t>processo</w:t>
      </w:r>
      <w:proofErr w:type="spellEnd"/>
      <w:r>
        <w:t xml:space="preserve"> é </w:t>
      </w:r>
      <w:proofErr w:type="spellStart"/>
      <w:r>
        <w:t>repetido</w:t>
      </w:r>
      <w:proofErr w:type="spellEnd"/>
      <w:r>
        <w:t xml:space="preserve"> </w:t>
      </w:r>
      <w:proofErr w:type="spellStart"/>
      <w:r>
        <w:t>inúmeras</w:t>
      </w:r>
      <w:proofErr w:type="spellEnd"/>
      <w:r>
        <w:t xml:space="preserve"> </w:t>
      </w:r>
      <w:proofErr w:type="spellStart"/>
      <w:r>
        <w:t>vezes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3601116C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74E6839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PREVISÃO → ERRO → AJUSTE DOS PARÂMETROS → NOVA PREVISÃO</w:t>
            </w:r>
          </w:p>
        </w:tc>
      </w:tr>
      <w:tr w:rsidR="00323453" w14:paraId="0F8949E1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6206375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3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Durante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rede neural,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geralmente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acontece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com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23862661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Permanecem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obrigatoriamente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iguais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durante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6C7B10EE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São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ajustados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consiga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reduzir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seus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erros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4845756B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São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substituídos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retiradas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internet.</w:t>
            </w:r>
          </w:p>
          <w:p w14:paraId="2BB6668F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Funcionam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apenas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espaço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armazenar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prompts dos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usuários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62F945DC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0E3EC9F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aprendizado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ocorre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ajuste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Podemos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imaginá-los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numerosos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controles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matemáticos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internos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alterados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represente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melhor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regularidades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presentes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dados.</w:t>
            </w:r>
          </w:p>
        </w:tc>
      </w:tr>
    </w:tbl>
    <w:p w14:paraId="0FF9E84F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5DFF306A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151DAF2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04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3C492AE4" w14:textId="77777777" w:rsidR="00323453" w:rsidRDefault="00000000">
            <w:pPr>
              <w:pStyle w:val="IFSTituloPrincipal"/>
            </w:pPr>
            <w:bookmarkStart w:id="3" w:name="bm_main_04"/>
            <w:r>
              <w:t>MEMORIZAR NÃO É O MESMO QUE GENERALIZAR</w:t>
            </w:r>
            <w:bookmarkEnd w:id="3"/>
          </w:p>
        </w:tc>
      </w:tr>
    </w:tbl>
    <w:p w14:paraId="21F131AB" w14:textId="77777777" w:rsidR="00323453" w:rsidRDefault="00323453">
      <w:pPr>
        <w:pStyle w:val="IFSCorpo"/>
        <w:spacing w:after="180" w:line="20" w:lineRule="exact"/>
      </w:pPr>
    </w:p>
    <w:p w14:paraId="3D0B3AD2" w14:textId="77777777" w:rsidR="00323453" w:rsidRDefault="00000000">
      <w:pPr>
        <w:pStyle w:val="IFSCorpo"/>
      </w:pPr>
      <w:r>
        <w:t xml:space="preserve">Imagine um </w:t>
      </w:r>
      <w:proofErr w:type="spellStart"/>
      <w:r>
        <w:t>aluno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decorou</w:t>
      </w:r>
      <w:proofErr w:type="spellEnd"/>
      <w:r>
        <w:t xml:space="preserve"> </w:t>
      </w:r>
      <w:proofErr w:type="spellStart"/>
      <w:r>
        <w:t>exatamente</w:t>
      </w:r>
      <w:proofErr w:type="spellEnd"/>
      <w:r>
        <w:t xml:space="preserve"> </w:t>
      </w:r>
      <w:proofErr w:type="spellStart"/>
      <w:r>
        <w:t>dez</w:t>
      </w:r>
      <w:proofErr w:type="spellEnd"/>
      <w:r>
        <w:t xml:space="preserve"> </w:t>
      </w:r>
      <w:proofErr w:type="spellStart"/>
      <w:r>
        <w:t>exercícios</w:t>
      </w:r>
      <w:proofErr w:type="spellEnd"/>
      <w:r>
        <w:t xml:space="preserve">. Na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aparece</w:t>
      </w:r>
      <w:proofErr w:type="spellEnd"/>
      <w:r>
        <w:t xml:space="preserve"> um </w:t>
      </w:r>
      <w:proofErr w:type="spellStart"/>
      <w:r>
        <w:t>décimo</w:t>
      </w:r>
      <w:proofErr w:type="spellEnd"/>
      <w:r>
        <w:t xml:space="preserve"> </w:t>
      </w:r>
      <w:proofErr w:type="spellStart"/>
      <w:r>
        <w:t>primeiro</w:t>
      </w:r>
      <w:proofErr w:type="spellEnd"/>
      <w:r>
        <w:t xml:space="preserve"> </w:t>
      </w:r>
      <w:proofErr w:type="spellStart"/>
      <w:r>
        <w:t>exercício</w:t>
      </w:r>
      <w:proofErr w:type="spellEnd"/>
      <w:r>
        <w:t xml:space="preserve">, com a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ideia</w:t>
      </w:r>
      <w:proofErr w:type="spellEnd"/>
      <w:r>
        <w:t xml:space="preserve">, mas </w:t>
      </w:r>
      <w:proofErr w:type="spellStart"/>
      <w:r>
        <w:t>números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. Se </w:t>
      </w:r>
      <w:proofErr w:type="spellStart"/>
      <w:r>
        <w:t>ele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consegue</w:t>
      </w:r>
      <w:proofErr w:type="spellEnd"/>
      <w:r>
        <w:t xml:space="preserve"> resolver, </w:t>
      </w:r>
      <w:proofErr w:type="spellStart"/>
      <w:r>
        <w:t>pode</w:t>
      </w:r>
      <w:proofErr w:type="spellEnd"/>
      <w:r>
        <w:t xml:space="preserve"> ter </w:t>
      </w:r>
      <w:proofErr w:type="spellStart"/>
      <w:r>
        <w:t>memorizado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exemplos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compreender</w:t>
      </w:r>
      <w:proofErr w:type="spellEnd"/>
      <w:r>
        <w:t xml:space="preserve"> o </w:t>
      </w:r>
      <w:proofErr w:type="spellStart"/>
      <w:r>
        <w:t>padrão</w:t>
      </w:r>
      <w:proofErr w:type="spellEnd"/>
      <w:r>
        <w:t xml:space="preserve">. Em Machine Learning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distinção</w:t>
      </w:r>
      <w:proofErr w:type="spellEnd"/>
      <w:r>
        <w:t xml:space="preserve"> </w:t>
      </w:r>
      <w:proofErr w:type="spellStart"/>
      <w:r>
        <w:t>semelhante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0E0DDFBD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72DC71FD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MEMORIZAÇÃO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B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GENERALIZAÇÃO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Muitos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novo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boa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previsão</w:t>
            </w:r>
            <w:proofErr w:type="spellEnd"/>
          </w:p>
        </w:tc>
      </w:tr>
    </w:tbl>
    <w:p w14:paraId="454D0DA2" w14:textId="77777777" w:rsidR="00323453" w:rsidRDefault="00000000">
      <w:pPr>
        <w:pStyle w:val="IFSCorpo"/>
      </w:pPr>
      <w:proofErr w:type="spellStart"/>
      <w:r>
        <w:lastRenderedPageBreak/>
        <w:t>Generalização</w:t>
      </w:r>
      <w:proofErr w:type="spellEnd"/>
      <w:r>
        <w:t xml:space="preserve"> é a </w:t>
      </w:r>
      <w:proofErr w:type="spellStart"/>
      <w:r>
        <w:t>capacidade</w:t>
      </w:r>
      <w:proofErr w:type="spellEnd"/>
      <w:r>
        <w:t xml:space="preserve"> de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utilizar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</w:t>
      </w:r>
      <w:proofErr w:type="spellStart"/>
      <w:r>
        <w:t>aprendidos</w:t>
      </w:r>
      <w:proofErr w:type="spellEnd"/>
      <w:r>
        <w:t xml:space="preserve"> para responder </w:t>
      </w:r>
      <w:proofErr w:type="spellStart"/>
      <w:r>
        <w:t>adequadamente</w:t>
      </w:r>
      <w:proofErr w:type="spellEnd"/>
      <w:r>
        <w:t xml:space="preserve"> a dados </w:t>
      </w:r>
      <w:proofErr w:type="spellStart"/>
      <w:r>
        <w:t>novos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vistos </w:t>
      </w:r>
      <w:proofErr w:type="spellStart"/>
      <w:r>
        <w:t>daquela</w:t>
      </w:r>
      <w:proofErr w:type="spellEnd"/>
      <w:r>
        <w:t xml:space="preserve"> forma </w:t>
      </w:r>
      <w:proofErr w:type="spellStart"/>
      <w:r>
        <w:t>durante</w:t>
      </w:r>
      <w:proofErr w:type="spellEnd"/>
      <w:r>
        <w:t xml:space="preserve"> o </w:t>
      </w:r>
      <w:proofErr w:type="spellStart"/>
      <w:r>
        <w:t>treinamento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03D165EF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810CDA1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4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apresenta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99,9%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acerto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imagens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durante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apenas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55%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novas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imagens.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problema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provavelmente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existe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77AD61CA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generalizou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extremamente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518D8D73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ter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excessivamente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aprender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suficientemente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3E78536A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demonstra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necessariamente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poucos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2924CCC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Novas imagens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Machine Learning.</w:t>
            </w:r>
          </w:p>
        </w:tc>
      </w:tr>
      <w:tr w:rsidR="00323453" w14:paraId="2323E74F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34041AB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Esse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comportamento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compatível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com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sobreajuste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(overfitting).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apresentar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desempenho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excelente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no conjunto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ainda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falhar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situações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novas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objetivo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apenas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memorizar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generalizar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336D7F4B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4830F8DA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AB91F90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05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AFC9D71" w14:textId="77777777" w:rsidR="00323453" w:rsidRDefault="00000000">
            <w:pPr>
              <w:pStyle w:val="IFSTituloPrincipal"/>
            </w:pPr>
            <w:bookmarkStart w:id="4" w:name="bm_main_05"/>
            <w:r>
              <w:t>MODELOS DISCRIMINATIVOS × MODELOS GENERATIVOS</w:t>
            </w:r>
            <w:bookmarkEnd w:id="4"/>
          </w:p>
        </w:tc>
      </w:tr>
    </w:tbl>
    <w:p w14:paraId="19C7A654" w14:textId="77777777" w:rsidR="00323453" w:rsidRDefault="00323453">
      <w:pPr>
        <w:pStyle w:val="IFSCorpo"/>
        <w:spacing w:after="180" w:line="20" w:lineRule="exact"/>
      </w:pPr>
    </w:p>
    <w:p w14:paraId="1B44A3E8" w14:textId="77777777" w:rsidR="00323453" w:rsidRDefault="00000000">
      <w:pPr>
        <w:pStyle w:val="IFSCorpo"/>
      </w:pPr>
      <w:r>
        <w:t xml:space="preserve">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discriminativo</w:t>
      </w:r>
      <w:proofErr w:type="spellEnd"/>
      <w:r>
        <w:t xml:space="preserve"> </w:t>
      </w:r>
      <w:proofErr w:type="spellStart"/>
      <w:r>
        <w:t>costuma</w:t>
      </w:r>
      <w:proofErr w:type="spellEnd"/>
      <w:r>
        <w:t xml:space="preserve">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distinguir</w:t>
      </w:r>
      <w:proofErr w:type="spellEnd"/>
      <w:r>
        <w:t xml:space="preserve"> </w:t>
      </w:r>
      <w:proofErr w:type="spellStart"/>
      <w:r>
        <w:t>categorias</w:t>
      </w:r>
      <w:proofErr w:type="spellEnd"/>
      <w:r>
        <w:t xml:space="preserve">, </w:t>
      </w:r>
      <w:proofErr w:type="spellStart"/>
      <w:r>
        <w:t>estimar</w:t>
      </w:r>
      <w:proofErr w:type="spellEnd"/>
      <w:r>
        <w:t xml:space="preserve"> classes </w:t>
      </w:r>
      <w:proofErr w:type="spellStart"/>
      <w:r>
        <w:t>ou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decisões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entrada. </w:t>
      </w:r>
      <w:proofErr w:type="spellStart"/>
      <w:r>
        <w:t>Exemplos</w:t>
      </w:r>
      <w:proofErr w:type="spellEnd"/>
      <w:r>
        <w:t xml:space="preserve">: spam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spam, </w:t>
      </w:r>
      <w:proofErr w:type="spellStart"/>
      <w:r>
        <w:t>fraude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fraude</w:t>
      </w:r>
      <w:proofErr w:type="spellEnd"/>
      <w:r>
        <w:t xml:space="preserve">, gato </w:t>
      </w:r>
      <w:proofErr w:type="spellStart"/>
      <w:r>
        <w:t>ou</w:t>
      </w:r>
      <w:proofErr w:type="spellEnd"/>
      <w:r>
        <w:t xml:space="preserve"> </w:t>
      </w:r>
      <w:proofErr w:type="spellStart"/>
      <w:r>
        <w:t>cachorro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3D242DEB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350C862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ENTRADA → MODELO DISCRIMINATIVO → CLASSE / DECISÃO</w:t>
            </w:r>
          </w:p>
        </w:tc>
      </w:tr>
    </w:tbl>
    <w:p w14:paraId="300273CD" w14:textId="77777777" w:rsidR="00323453" w:rsidRDefault="00000000">
      <w:pPr>
        <w:pStyle w:val="IFSCorpo"/>
      </w:pPr>
      <w:r>
        <w:t xml:space="preserve">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generativo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outro </w:t>
      </w:r>
      <w:proofErr w:type="spellStart"/>
      <w:r>
        <w:t>lado</w:t>
      </w:r>
      <w:proofErr w:type="spellEnd"/>
      <w:r>
        <w:t xml:space="preserve">, </w:t>
      </w:r>
      <w:proofErr w:type="spellStart"/>
      <w:r>
        <w:t>aprende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distribuição</w:t>
      </w:r>
      <w:proofErr w:type="spellEnd"/>
      <w:r>
        <w:t xml:space="preserve"> </w:t>
      </w:r>
      <w:proofErr w:type="spellStart"/>
      <w:r>
        <w:t>capaz</w:t>
      </w:r>
      <w:proofErr w:type="spellEnd"/>
      <w:r>
        <w:t xml:space="preserve"> de </w:t>
      </w:r>
      <w:proofErr w:type="spellStart"/>
      <w:r>
        <w:t>produzir</w:t>
      </w:r>
      <w:proofErr w:type="spellEnd"/>
      <w:r>
        <w:t xml:space="preserve"> </w:t>
      </w:r>
      <w:proofErr w:type="spellStart"/>
      <w:r>
        <w:t>novos</w:t>
      </w:r>
      <w:proofErr w:type="spellEnd"/>
      <w:r>
        <w:t xml:space="preserve"> dados </w:t>
      </w:r>
      <w:proofErr w:type="spellStart"/>
      <w:r>
        <w:t>compatíveis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</w:t>
      </w:r>
      <w:proofErr w:type="spellStart"/>
      <w:r>
        <w:t>observados</w:t>
      </w:r>
      <w:proofErr w:type="spellEnd"/>
      <w:r>
        <w:t xml:space="preserve">. Na </w:t>
      </w:r>
      <w:proofErr w:type="spellStart"/>
      <w:r>
        <w:t>prática</w:t>
      </w:r>
      <w:proofErr w:type="spellEnd"/>
      <w:r>
        <w:t xml:space="preserve"> moderna, esses dados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assumir</w:t>
      </w:r>
      <w:proofErr w:type="spellEnd"/>
      <w:r>
        <w:t xml:space="preserve"> </w:t>
      </w:r>
      <w:proofErr w:type="spellStart"/>
      <w:r>
        <w:t>várias</w:t>
      </w:r>
      <w:proofErr w:type="spellEnd"/>
      <w:r>
        <w:t xml:space="preserve"> </w:t>
      </w:r>
      <w:proofErr w:type="spellStart"/>
      <w:r>
        <w:t>modalidades</w:t>
      </w:r>
      <w:proofErr w:type="spellEnd"/>
      <w:r>
        <w:t>.</w:t>
      </w:r>
    </w:p>
    <w:p w14:paraId="69215ABC" w14:textId="77777777" w:rsidR="00323453" w:rsidRDefault="00000000">
      <w:pPr>
        <w:pStyle w:val="IFSLista"/>
      </w:pPr>
      <w:proofErr w:type="spellStart"/>
      <w:r>
        <w:t>Texto</w:t>
      </w:r>
      <w:proofErr w:type="spellEnd"/>
    </w:p>
    <w:p w14:paraId="3FA2C147" w14:textId="77777777" w:rsidR="00323453" w:rsidRDefault="00000000">
      <w:pPr>
        <w:pStyle w:val="IFSLista"/>
      </w:pPr>
      <w:proofErr w:type="spellStart"/>
      <w:r>
        <w:t>Imagem</w:t>
      </w:r>
      <w:proofErr w:type="spellEnd"/>
    </w:p>
    <w:p w14:paraId="61DD989B" w14:textId="77777777" w:rsidR="00323453" w:rsidRDefault="00000000">
      <w:pPr>
        <w:pStyle w:val="IFSLista"/>
      </w:pPr>
      <w:r>
        <w:t>Código</w:t>
      </w:r>
    </w:p>
    <w:p w14:paraId="0D346E05" w14:textId="77777777" w:rsidR="00323453" w:rsidRDefault="00000000">
      <w:pPr>
        <w:pStyle w:val="IFSLista"/>
      </w:pPr>
      <w:proofErr w:type="spellStart"/>
      <w:r>
        <w:t>Áudio</w:t>
      </w:r>
      <w:proofErr w:type="spellEnd"/>
    </w:p>
    <w:p w14:paraId="2F6D6506" w14:textId="77777777" w:rsidR="00323453" w:rsidRDefault="00000000">
      <w:pPr>
        <w:pStyle w:val="IFSLista"/>
      </w:pPr>
      <w:proofErr w:type="spellStart"/>
      <w:r>
        <w:t>Vídeo</w:t>
      </w:r>
      <w:proofErr w:type="spellEnd"/>
    </w:p>
    <w:p w14:paraId="12C95B4B" w14:textId="77777777" w:rsidR="00323453" w:rsidRDefault="00000000">
      <w:pPr>
        <w:pStyle w:val="IFSLista"/>
      </w:pPr>
      <w:r>
        <w:t xml:space="preserve">Música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representações</w:t>
      </w:r>
      <w:proofErr w:type="spellEnd"/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4E660682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1C003FE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PROMPT / CONTEXTO → MODELO GENERATIVO → NOVO CONTEÚDO</w:t>
            </w:r>
          </w:p>
        </w:tc>
      </w:tr>
      <w:tr w:rsidR="00323453" w14:paraId="0297BF5A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B147DE5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5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Qual das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aplicações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abaixo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representa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diretamente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IA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Generativa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1C2E9DC6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Identificar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transação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bancária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indícios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fraude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436777C4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Classificar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positivo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negativo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736A74F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Gerar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imagem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futurista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descrição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textual.</w:t>
            </w:r>
          </w:p>
          <w:p w14:paraId="56151A1D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Identificar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fotografia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contém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automóvel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69E464E3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29499FE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C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alternativas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A, B e D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descrevem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principalmente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tarefas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classificação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detecção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alternativa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envolve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um novo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conteúdo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reforça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distinção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central: IA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Generativa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vertente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Inteligência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Artificial,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sinônimo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IA.</w:t>
            </w:r>
          </w:p>
        </w:tc>
      </w:tr>
    </w:tbl>
    <w:p w14:paraId="79FF5179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11C83B38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52E57635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06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47F4B4C8" w14:textId="77777777" w:rsidR="00323453" w:rsidRDefault="00000000">
            <w:pPr>
              <w:pStyle w:val="IFSTituloPrincipal"/>
            </w:pPr>
            <w:bookmarkStart w:id="5" w:name="bm_main_06"/>
            <w:r>
              <w:t>DE ONDE VEM O CONTEÚDO GERADO?</w:t>
            </w:r>
            <w:bookmarkEnd w:id="5"/>
          </w:p>
        </w:tc>
      </w:tr>
    </w:tbl>
    <w:p w14:paraId="49948FA9" w14:textId="77777777" w:rsidR="00323453" w:rsidRDefault="00323453">
      <w:pPr>
        <w:pStyle w:val="IFSCorpo"/>
        <w:spacing w:after="180" w:line="20" w:lineRule="exact"/>
      </w:pPr>
    </w:p>
    <w:p w14:paraId="635828B3" w14:textId="77777777" w:rsidR="00323453" w:rsidRDefault="00000000">
      <w:pPr>
        <w:pStyle w:val="IFSCorpo"/>
      </w:pPr>
      <w:r>
        <w:t xml:space="preserve">Uma </w:t>
      </w:r>
      <w:proofErr w:type="spellStart"/>
      <w:r>
        <w:t>dúvida</w:t>
      </w:r>
      <w:proofErr w:type="spellEnd"/>
      <w:r>
        <w:t xml:space="preserve"> </w:t>
      </w:r>
      <w:proofErr w:type="spellStart"/>
      <w:r>
        <w:t>comum</w:t>
      </w:r>
      <w:proofErr w:type="spellEnd"/>
      <w:r>
        <w:t xml:space="preserve"> é </w:t>
      </w:r>
      <w:proofErr w:type="spellStart"/>
      <w:r>
        <w:t>imaginar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um chatbot </w:t>
      </w:r>
      <w:proofErr w:type="spellStart"/>
      <w:r>
        <w:t>procura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resposta</w:t>
      </w:r>
      <w:proofErr w:type="spellEnd"/>
      <w:r>
        <w:t xml:space="preserve"> </w:t>
      </w:r>
      <w:proofErr w:type="spellStart"/>
      <w:r>
        <w:t>previamente</w:t>
      </w:r>
      <w:proofErr w:type="spellEnd"/>
      <w:r>
        <w:t xml:space="preserve"> </w:t>
      </w:r>
      <w:proofErr w:type="spellStart"/>
      <w:r>
        <w:t>armazenada</w:t>
      </w:r>
      <w:proofErr w:type="spellEnd"/>
      <w:r>
        <w:t xml:space="preserve">. A </w:t>
      </w:r>
      <w:proofErr w:type="spellStart"/>
      <w:r>
        <w:t>geração</w:t>
      </w:r>
      <w:proofErr w:type="spellEnd"/>
      <w:r>
        <w:t xml:space="preserve"> moderna </w:t>
      </w:r>
      <w:proofErr w:type="spellStart"/>
      <w:r>
        <w:t>funciona</w:t>
      </w:r>
      <w:proofErr w:type="spellEnd"/>
      <w:r>
        <w:t xml:space="preserve"> de forma </w:t>
      </w:r>
      <w:proofErr w:type="spellStart"/>
      <w:r>
        <w:t>diferente</w:t>
      </w:r>
      <w:proofErr w:type="spellEnd"/>
      <w:r>
        <w:t xml:space="preserve">. Durante o </w:t>
      </w:r>
      <w:proofErr w:type="spellStart"/>
      <w:r>
        <w:t>treinamento</w:t>
      </w:r>
      <w:proofErr w:type="spellEnd"/>
      <w:r>
        <w:t xml:space="preserve">, 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aprende</w:t>
      </w:r>
      <w:proofErr w:type="spellEnd"/>
      <w:r>
        <w:t xml:space="preserve"> </w:t>
      </w:r>
      <w:proofErr w:type="spellStart"/>
      <w:r>
        <w:t>relações</w:t>
      </w:r>
      <w:proofErr w:type="spellEnd"/>
      <w:r>
        <w:t xml:space="preserve"> </w:t>
      </w:r>
      <w:proofErr w:type="spellStart"/>
      <w:r>
        <w:t>estatísticas</w:t>
      </w:r>
      <w:proofErr w:type="spellEnd"/>
      <w:r>
        <w:t xml:space="preserve"> e </w:t>
      </w:r>
      <w:proofErr w:type="spellStart"/>
      <w:r>
        <w:t>estruturas</w:t>
      </w:r>
      <w:proofErr w:type="spellEnd"/>
      <w:r>
        <w:t xml:space="preserve"> </w:t>
      </w:r>
      <w:proofErr w:type="spellStart"/>
      <w:r>
        <w:t>presentes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dados;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inferência</w:t>
      </w:r>
      <w:proofErr w:type="spellEnd"/>
      <w:r>
        <w:t xml:space="preserve">, </w:t>
      </w:r>
      <w:proofErr w:type="spellStart"/>
      <w:r>
        <w:t>utiliza</w:t>
      </w:r>
      <w:proofErr w:type="spellEnd"/>
      <w:r>
        <w:t xml:space="preserve"> esses </w:t>
      </w:r>
      <w:proofErr w:type="spellStart"/>
      <w:r>
        <w:t>padrões</w:t>
      </w:r>
      <w:proofErr w:type="spellEnd"/>
      <w:r>
        <w:t xml:space="preserve"> e o </w:t>
      </w:r>
      <w:proofErr w:type="spellStart"/>
      <w:r>
        <w:t>contexto</w:t>
      </w:r>
      <w:proofErr w:type="spellEnd"/>
      <w:r>
        <w:t xml:space="preserve"> </w:t>
      </w:r>
      <w:proofErr w:type="spellStart"/>
      <w:r>
        <w:t>atual</w:t>
      </w:r>
      <w:proofErr w:type="spellEnd"/>
      <w:r>
        <w:t xml:space="preserve"> para </w:t>
      </w:r>
      <w:proofErr w:type="spellStart"/>
      <w:r>
        <w:t>produzir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nova </w:t>
      </w:r>
      <w:proofErr w:type="spellStart"/>
      <w:r>
        <w:t>sequência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4BAAE5A1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481E40DB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DADOS DE TREINAMENTO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APRENDIZAGEM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PADRÕES NOS PARÂMETROS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MODELO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PROMPT → NOVA SAÍDA</w:t>
            </w:r>
          </w:p>
        </w:tc>
      </w:tr>
      <w:tr w:rsidR="00323453" w14:paraId="62BDD460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763823AE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Cuidado com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simplificação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excessiva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Dizer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“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copia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”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nunca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seria forte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demais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memorizar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trechos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reproduzir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certas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condições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aqui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funciona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simples consulta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tabela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prontas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17ABC138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78964FB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6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Quando um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responde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descrição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adequada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5CF3BF8F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Ele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obrigatoriamente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encontra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armazenada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banco de dados.</w:t>
            </w:r>
          </w:p>
          <w:p w14:paraId="0E08AAA4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funcionário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escolhe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previamente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cadastrada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7D87194F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sequência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durante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contexto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atual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42E2F3B2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Toda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exige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pesquisa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internet.</w:t>
            </w:r>
          </w:p>
        </w:tc>
      </w:tr>
      <w:tr w:rsidR="00323453" w14:paraId="75944E16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32034BF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C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LLMs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conseguem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responder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inéditas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saída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padrões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contexto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recebido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Eles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ter ferramentas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busca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integradas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capacidade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adicional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condição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necessária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5584A5DD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494CD083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5CDC037F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07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F7F14C5" w14:textId="77777777" w:rsidR="00323453" w:rsidRDefault="00000000">
            <w:pPr>
              <w:pStyle w:val="IFSTituloPrincipal"/>
            </w:pPr>
            <w:bookmarkStart w:id="6" w:name="bm_main_07"/>
            <w:r>
              <w:t>TREINAMENTO × INFERÊNCIA</w:t>
            </w:r>
            <w:bookmarkEnd w:id="6"/>
          </w:p>
        </w:tc>
      </w:tr>
    </w:tbl>
    <w:p w14:paraId="22E810AD" w14:textId="77777777" w:rsidR="00323453" w:rsidRDefault="00323453">
      <w:pPr>
        <w:pStyle w:val="IFSCorpo"/>
        <w:spacing w:after="180" w:line="20" w:lineRule="exact"/>
      </w:pPr>
    </w:p>
    <w:p w14:paraId="3BD48395" w14:textId="77777777" w:rsidR="00323453" w:rsidRDefault="00000000">
      <w:pPr>
        <w:pStyle w:val="IFSCorpo"/>
      </w:pPr>
      <w:proofErr w:type="spellStart"/>
      <w:r>
        <w:t>Treinamento</w:t>
      </w:r>
      <w:proofErr w:type="spellEnd"/>
      <w:r>
        <w:t xml:space="preserve"> e </w:t>
      </w:r>
      <w:proofErr w:type="spellStart"/>
      <w:r>
        <w:t>inferência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dois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distintos</w:t>
      </w:r>
      <w:proofErr w:type="spellEnd"/>
      <w:r>
        <w:t xml:space="preserve">. No </w:t>
      </w:r>
      <w:proofErr w:type="spellStart"/>
      <w:r>
        <w:t>treinamento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parâmetros</w:t>
      </w:r>
      <w:proofErr w:type="spellEnd"/>
      <w:r>
        <w:t xml:space="preserve"> do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ajustados</w:t>
      </w:r>
      <w:proofErr w:type="spellEnd"/>
      <w:r>
        <w:t xml:space="preserve">.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exigir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quantidades</w:t>
      </w:r>
      <w:proofErr w:type="spellEnd"/>
      <w:r>
        <w:t xml:space="preserve"> de dados, </w:t>
      </w:r>
      <w:proofErr w:type="spellStart"/>
      <w:r>
        <w:t>processamento</w:t>
      </w:r>
      <w:proofErr w:type="spellEnd"/>
      <w:r>
        <w:t xml:space="preserve">, </w:t>
      </w:r>
      <w:proofErr w:type="spellStart"/>
      <w:r>
        <w:t>energia</w:t>
      </w:r>
      <w:proofErr w:type="spellEnd"/>
      <w:r>
        <w:t xml:space="preserve"> e tempo.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482B52F1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62C8B096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Dados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previsão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erro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ajuste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repetição</w:t>
            </w:r>
            <w:proofErr w:type="spellEnd"/>
          </w:p>
        </w:tc>
      </w:tr>
    </w:tbl>
    <w:p w14:paraId="4119C955" w14:textId="77777777" w:rsidR="00323453" w:rsidRDefault="00000000">
      <w:pPr>
        <w:pStyle w:val="IFSCorpo"/>
      </w:pPr>
      <w:r>
        <w:t xml:space="preserve">Na </w:t>
      </w:r>
      <w:proofErr w:type="spellStart"/>
      <w:r>
        <w:t>inferência</w:t>
      </w:r>
      <w:proofErr w:type="spellEnd"/>
      <w:r>
        <w:t xml:space="preserve">, </w:t>
      </w:r>
      <w:proofErr w:type="spellStart"/>
      <w:r>
        <w:t>utilizamos</w:t>
      </w:r>
      <w:proofErr w:type="spellEnd"/>
      <w:r>
        <w:t xml:space="preserve">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treinado</w:t>
      </w:r>
      <w:proofErr w:type="spellEnd"/>
      <w:r>
        <w:t xml:space="preserve"> para </w:t>
      </w:r>
      <w:proofErr w:type="spellStart"/>
      <w:r>
        <w:t>obter</w:t>
      </w:r>
      <w:proofErr w:type="spellEnd"/>
      <w:r>
        <w:t xml:space="preserve"> um </w:t>
      </w:r>
      <w:proofErr w:type="spellStart"/>
      <w:r>
        <w:t>resultado</w:t>
      </w:r>
      <w:proofErr w:type="spellEnd"/>
      <w:r>
        <w:t xml:space="preserve">. Quando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envia</w:t>
      </w:r>
      <w:proofErr w:type="spellEnd"/>
      <w:r>
        <w:t xml:space="preserve"> um prompt a um chatbot e </w:t>
      </w:r>
      <w:proofErr w:type="spellStart"/>
      <w:r>
        <w:t>recebe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resposta</w:t>
      </w:r>
      <w:proofErr w:type="spellEnd"/>
      <w:r>
        <w:t xml:space="preserve">, </w:t>
      </w:r>
      <w:proofErr w:type="spellStart"/>
      <w:r>
        <w:t>normalmente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executando</w:t>
      </w:r>
      <w:proofErr w:type="spellEnd"/>
      <w:r>
        <w:t xml:space="preserve"> </w:t>
      </w:r>
      <w:proofErr w:type="spellStart"/>
      <w:r>
        <w:t>inferência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5D9810CC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54D9D4B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lastRenderedPageBreak/>
              <w:t>INFERÊNCIA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Prompt +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contexto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já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</w:p>
        </w:tc>
      </w:tr>
      <w:tr w:rsidR="00323453" w14:paraId="08A4EAE3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DC9580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7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estudante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abre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chatbot,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digita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recebe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Nesse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processo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ocorrendo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principalmente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20439A74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completo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5C8922AA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Inferência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1403BB63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Criação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nova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arquitetura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Transformer.</w:t>
            </w:r>
          </w:p>
          <w:p w14:paraId="6E388075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Exclusão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anteriores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0D6B4361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9D3CCF9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Usar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mesma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coisa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-lo.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produzida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inferência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sobre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já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alguns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interações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posteriormente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melhorar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significa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prompt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esteja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retreinando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naquele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instante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67048853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4B30775A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33EEB8D0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08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834C32D" w14:textId="77777777" w:rsidR="00323453" w:rsidRDefault="00000000">
            <w:pPr>
              <w:pStyle w:val="IFSTituloPrincipal"/>
            </w:pPr>
            <w:bookmarkStart w:id="7" w:name="bm_main_08"/>
            <w:r>
              <w:t>PRÉ-TREINAMENTO</w:t>
            </w:r>
            <w:bookmarkEnd w:id="7"/>
          </w:p>
        </w:tc>
      </w:tr>
    </w:tbl>
    <w:p w14:paraId="1D5FA804" w14:textId="77777777" w:rsidR="00323453" w:rsidRDefault="00323453">
      <w:pPr>
        <w:pStyle w:val="IFSCorpo"/>
        <w:spacing w:after="180" w:line="20" w:lineRule="exact"/>
      </w:pPr>
    </w:p>
    <w:p w14:paraId="79BD5FA4" w14:textId="77777777" w:rsidR="00323453" w:rsidRDefault="00000000">
      <w:pPr>
        <w:pStyle w:val="IFSCorpo"/>
      </w:pPr>
      <w:r>
        <w:t xml:space="preserve">O </w:t>
      </w:r>
      <w:proofErr w:type="spellStart"/>
      <w:r>
        <w:t>nome</w:t>
      </w:r>
      <w:proofErr w:type="spellEnd"/>
      <w:r>
        <w:t xml:space="preserve"> GPT </w:t>
      </w:r>
      <w:proofErr w:type="spellStart"/>
      <w:r>
        <w:t>significa</w:t>
      </w:r>
      <w:proofErr w:type="spellEnd"/>
      <w:r>
        <w:t xml:space="preserve"> Generative Pre-trained Transformer. Nesta aula, </w:t>
      </w:r>
      <w:proofErr w:type="spellStart"/>
      <w:r>
        <w:t>interessa</w:t>
      </w:r>
      <w:proofErr w:type="spellEnd"/>
      <w:r>
        <w:t xml:space="preserve"> </w:t>
      </w:r>
      <w:proofErr w:type="spellStart"/>
      <w:r>
        <w:t>especialmente</w:t>
      </w:r>
      <w:proofErr w:type="spellEnd"/>
      <w:r>
        <w:t xml:space="preserve"> o </w:t>
      </w:r>
      <w:proofErr w:type="spellStart"/>
      <w:r>
        <w:t>termo</w:t>
      </w:r>
      <w:proofErr w:type="spellEnd"/>
      <w:r>
        <w:t xml:space="preserve"> pre-trained: </w:t>
      </w:r>
      <w:proofErr w:type="spellStart"/>
      <w:r>
        <w:t>pré-treinado</w:t>
      </w:r>
      <w:proofErr w:type="spellEnd"/>
      <w:r>
        <w:t xml:space="preserve">. Antes de ser </w:t>
      </w:r>
      <w:proofErr w:type="spellStart"/>
      <w:r>
        <w:t>usado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,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passar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extensa de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conjuntos de dados.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5017182E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710B0DA3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LIVROS + CÓDIGO + SITES + DOCUMENTOS + OUTROS DADOS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          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           PRÉ-TREINAMENTO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             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             MODELO BASE</w:t>
            </w:r>
          </w:p>
        </w:tc>
      </w:tr>
    </w:tbl>
    <w:p w14:paraId="21078131" w14:textId="77777777" w:rsidR="00323453" w:rsidRDefault="00000000">
      <w:pPr>
        <w:pStyle w:val="IFSCorpo"/>
      </w:pPr>
      <w:r>
        <w:t xml:space="preserve">O </w:t>
      </w:r>
      <w:proofErr w:type="spellStart"/>
      <w:r>
        <w:t>objetivo</w:t>
      </w:r>
      <w:proofErr w:type="spellEnd"/>
      <w:r>
        <w:t xml:space="preserve"> é </w:t>
      </w:r>
      <w:proofErr w:type="spellStart"/>
      <w:r>
        <w:t>produzir</w:t>
      </w:r>
      <w:proofErr w:type="spellEnd"/>
      <w:r>
        <w:t xml:space="preserve"> um </w:t>
      </w:r>
      <w:proofErr w:type="spellStart"/>
      <w:r>
        <w:t>modelo</w:t>
      </w:r>
      <w:proofErr w:type="spellEnd"/>
      <w:r>
        <w:t xml:space="preserve"> com </w:t>
      </w:r>
      <w:proofErr w:type="spellStart"/>
      <w:r>
        <w:t>capacidades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</w:t>
      </w:r>
      <w:proofErr w:type="spellStart"/>
      <w:r>
        <w:t>gerais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depois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adaptado</w:t>
      </w:r>
      <w:proofErr w:type="spellEnd"/>
      <w:r>
        <w:t xml:space="preserve">, </w:t>
      </w:r>
      <w:proofErr w:type="spellStart"/>
      <w:r>
        <w:t>alinhado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utilizado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tarefas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2EA6A1D2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7F3FE8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8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termo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pré-treinamento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indica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:</w:t>
            </w:r>
          </w:p>
          <w:p w14:paraId="2678770F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começa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completamente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novo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vez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usuário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inicia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conversa.</w:t>
            </w:r>
          </w:p>
          <w:p w14:paraId="767C3125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passou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anteriormente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processo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aprendizado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sobre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grandes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quantidades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dados antes de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usuário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15764936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usuário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novamente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75E35E54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apenas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armazena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cópia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textos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no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509C1298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499ABEF1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pré-treinamento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ocorre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antes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cotidiana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Ele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fornece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capacidades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aproveitadas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várias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tarefas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significa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simplesmente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guardar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cópia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literal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documento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0E823267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44EF7EC4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33D46373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09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5F7F7EF" w14:textId="77777777" w:rsidR="00323453" w:rsidRDefault="00000000">
            <w:pPr>
              <w:pStyle w:val="IFSTituloPrincipal"/>
            </w:pPr>
            <w:bookmarkStart w:id="8" w:name="bm_main_09"/>
            <w:r>
              <w:t>FINE-TUNING: ADAPTAÇÃO POR TREINAMENTO ADICIONAL</w:t>
            </w:r>
            <w:bookmarkEnd w:id="8"/>
          </w:p>
        </w:tc>
      </w:tr>
    </w:tbl>
    <w:p w14:paraId="32DEF142" w14:textId="77777777" w:rsidR="00323453" w:rsidRDefault="00323453">
      <w:pPr>
        <w:pStyle w:val="IFSCorpo"/>
        <w:spacing w:after="180" w:line="20" w:lineRule="exact"/>
      </w:pPr>
    </w:p>
    <w:p w14:paraId="2DDA3277" w14:textId="77777777" w:rsidR="00323453" w:rsidRDefault="00000000">
      <w:pPr>
        <w:pStyle w:val="IFSCorpo"/>
      </w:pPr>
      <w:proofErr w:type="spellStart"/>
      <w:r>
        <w:lastRenderedPageBreak/>
        <w:t>Depois</w:t>
      </w:r>
      <w:proofErr w:type="spellEnd"/>
      <w:r>
        <w:t xml:space="preserve"> do </w:t>
      </w:r>
      <w:proofErr w:type="spellStart"/>
      <w:r>
        <w:t>pré-treinamento</w:t>
      </w:r>
      <w:proofErr w:type="spellEnd"/>
      <w:r>
        <w:t xml:space="preserve">,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receber</w:t>
      </w:r>
      <w:proofErr w:type="spellEnd"/>
      <w:r>
        <w:t xml:space="preserve">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 para </w:t>
      </w:r>
      <w:proofErr w:type="spellStart"/>
      <w:r>
        <w:t>determinada</w:t>
      </w:r>
      <w:proofErr w:type="spellEnd"/>
      <w:r>
        <w:t xml:space="preserve"> </w:t>
      </w:r>
      <w:proofErr w:type="spellStart"/>
      <w:r>
        <w:t>tarefa</w:t>
      </w:r>
      <w:proofErr w:type="spellEnd"/>
      <w:r>
        <w:t xml:space="preserve">, </w:t>
      </w:r>
      <w:proofErr w:type="spellStart"/>
      <w:r>
        <w:t>domínio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. Esse </w:t>
      </w:r>
      <w:proofErr w:type="spellStart"/>
      <w:r>
        <w:t>processo</w:t>
      </w:r>
      <w:proofErr w:type="spellEnd"/>
      <w:r>
        <w:t xml:space="preserve"> é </w:t>
      </w:r>
      <w:proofErr w:type="spellStart"/>
      <w:r>
        <w:t>conhecido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fine-tuning.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67002981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6CECFA1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 BASE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+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DADOS ESPECIALIZADOS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FINE-TUNING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MODELO ADAPTADO</w:t>
            </w:r>
          </w:p>
        </w:tc>
      </w:tr>
    </w:tbl>
    <w:p w14:paraId="0C4527C9" w14:textId="77777777" w:rsidR="00323453" w:rsidRDefault="00000000">
      <w:pPr>
        <w:pStyle w:val="IFSCorpo"/>
      </w:pPr>
      <w:r>
        <w:t xml:space="preserve">O fine-tuning </w:t>
      </w:r>
      <w:proofErr w:type="spellStart"/>
      <w:r>
        <w:t>modifica</w:t>
      </w:r>
      <w:proofErr w:type="spellEnd"/>
      <w:r>
        <w:t xml:space="preserve"> </w:t>
      </w:r>
      <w:proofErr w:type="spellStart"/>
      <w:r>
        <w:t>parâmetros</w:t>
      </w:r>
      <w:proofErr w:type="spellEnd"/>
      <w:r>
        <w:t xml:space="preserve"> do </w:t>
      </w:r>
      <w:proofErr w:type="spellStart"/>
      <w:r>
        <w:t>modelo</w:t>
      </w:r>
      <w:proofErr w:type="spellEnd"/>
      <w:r>
        <w:t xml:space="preserve">. Ele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utilizado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para </w:t>
      </w:r>
      <w:proofErr w:type="spellStart"/>
      <w:r>
        <w:t>adaptar</w:t>
      </w:r>
      <w:proofErr w:type="spellEnd"/>
      <w:r>
        <w:t xml:space="preserve"> um </w:t>
      </w:r>
      <w:proofErr w:type="spellStart"/>
      <w:r>
        <w:t>modelo</w:t>
      </w:r>
      <w:proofErr w:type="spellEnd"/>
      <w:r>
        <w:t xml:space="preserve"> a um </w:t>
      </w:r>
      <w:proofErr w:type="spellStart"/>
      <w:r>
        <w:t>domínio</w:t>
      </w:r>
      <w:proofErr w:type="spellEnd"/>
      <w:r>
        <w:t xml:space="preserve">, a um </w:t>
      </w:r>
      <w:proofErr w:type="spellStart"/>
      <w:r>
        <w:t>estilo</w:t>
      </w:r>
      <w:proofErr w:type="spellEnd"/>
      <w:r>
        <w:t xml:space="preserve"> de </w:t>
      </w:r>
      <w:proofErr w:type="spellStart"/>
      <w:r>
        <w:t>resposta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um conjunto </w:t>
      </w:r>
      <w:proofErr w:type="spellStart"/>
      <w:r>
        <w:t>específico</w:t>
      </w:r>
      <w:proofErr w:type="spellEnd"/>
      <w:r>
        <w:t xml:space="preserve"> de </w:t>
      </w:r>
      <w:proofErr w:type="spellStart"/>
      <w:r>
        <w:t>instruções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04D15E39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4140F67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9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empresa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deseja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adaptá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-lo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específicos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determinada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tarefa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conceito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melhor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descreve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esse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processo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209FC3E7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Inferência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2C2B3475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B) Prompt.</w:t>
            </w:r>
          </w:p>
          <w:p w14:paraId="1088478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C) Fine-tuning.</w:t>
            </w:r>
          </w:p>
          <w:p w14:paraId="572D6D92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Tokenização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14F09A73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6F185E90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C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Fine-tuning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significa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realizar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adicional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sobre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já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existente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Diferentemente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um simples prompt, esse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processo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modificar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versão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adaptada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6D61E30D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74D1AE79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5F50492E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10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26145370" w14:textId="77777777" w:rsidR="00323453" w:rsidRDefault="00000000">
            <w:pPr>
              <w:pStyle w:val="IFSTituloPrincipal"/>
            </w:pPr>
            <w:bookmarkStart w:id="9" w:name="bm_main_10"/>
            <w:r>
              <w:t>PROMPT NÃO É TREINAMENTO</w:t>
            </w:r>
            <w:bookmarkEnd w:id="9"/>
          </w:p>
        </w:tc>
      </w:tr>
    </w:tbl>
    <w:p w14:paraId="2B1F6067" w14:textId="77777777" w:rsidR="00323453" w:rsidRDefault="00323453">
      <w:pPr>
        <w:pStyle w:val="IFSCorpo"/>
        <w:spacing w:after="180" w:line="20" w:lineRule="exact"/>
      </w:pPr>
    </w:p>
    <w:p w14:paraId="6DC2206A" w14:textId="77777777" w:rsidR="00323453" w:rsidRDefault="00000000">
      <w:pPr>
        <w:pStyle w:val="IFSCorpo"/>
      </w:pPr>
      <w:r>
        <w:t xml:space="preserve">Imagine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escreva</w:t>
      </w:r>
      <w:proofErr w:type="spellEnd"/>
      <w:r>
        <w:t>: “</w:t>
      </w:r>
      <w:proofErr w:type="spellStart"/>
      <w:r>
        <w:t>Você</w:t>
      </w:r>
      <w:proofErr w:type="spellEnd"/>
      <w:r>
        <w:t xml:space="preserve"> é um professor de </w:t>
      </w:r>
      <w:proofErr w:type="spellStart"/>
      <w:r>
        <w:t>Física</w:t>
      </w:r>
      <w:proofErr w:type="spellEnd"/>
      <w:r>
        <w:t xml:space="preserve">. </w:t>
      </w:r>
      <w:proofErr w:type="spellStart"/>
      <w:r>
        <w:t>Explique</w:t>
      </w:r>
      <w:proofErr w:type="spellEnd"/>
      <w:r>
        <w:t xml:space="preserve"> </w:t>
      </w:r>
      <w:proofErr w:type="spellStart"/>
      <w:r>
        <w:t>relatividade</w:t>
      </w:r>
      <w:proofErr w:type="spellEnd"/>
      <w:r>
        <w:t xml:space="preserve"> </w:t>
      </w:r>
      <w:proofErr w:type="spellStart"/>
      <w:r>
        <w:t>utilizando</w:t>
      </w:r>
      <w:proofErr w:type="spellEnd"/>
      <w:r>
        <w:t xml:space="preserve"> </w:t>
      </w:r>
      <w:proofErr w:type="spellStart"/>
      <w:r>
        <w:t>linguagem</w:t>
      </w:r>
      <w:proofErr w:type="spellEnd"/>
      <w:r>
        <w:t xml:space="preserve"> simples.” Essa </w:t>
      </w:r>
      <w:proofErr w:type="spellStart"/>
      <w:r>
        <w:t>instrução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alterar</w:t>
      </w:r>
      <w:proofErr w:type="spellEnd"/>
      <w:r>
        <w:t xml:space="preserve"> fortemente a </w:t>
      </w:r>
      <w:proofErr w:type="spellStart"/>
      <w:r>
        <w:t>resposta</w:t>
      </w:r>
      <w:proofErr w:type="spellEnd"/>
      <w:r>
        <w:t xml:space="preserve">, mas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retreinado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1985DC99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4B6269E9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Regra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importante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PROMPT ≠ TREINAMENTO</w:t>
            </w:r>
          </w:p>
        </w:tc>
      </w:tr>
      <w:tr w:rsidR="00323453" w14:paraId="458E460A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F6CA1F7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 JÁ TREINADO + PROMPT + CONTEXTO → INFERÊNCIA → RESPOSTA</w:t>
            </w:r>
          </w:p>
        </w:tc>
      </w:tr>
    </w:tbl>
    <w:p w14:paraId="7E21C825" w14:textId="77777777" w:rsidR="00323453" w:rsidRDefault="00000000">
      <w:pPr>
        <w:pStyle w:val="IFSCorpo"/>
      </w:pPr>
      <w:r>
        <w:t xml:space="preserve">O prompt é </w:t>
      </w:r>
      <w:proofErr w:type="spellStart"/>
      <w:r>
        <w:t>informação</w:t>
      </w:r>
      <w:proofErr w:type="spellEnd"/>
      <w:r>
        <w:t xml:space="preserve"> </w:t>
      </w:r>
      <w:proofErr w:type="spellStart"/>
      <w:r>
        <w:t>fornecida</w:t>
      </w:r>
      <w:proofErr w:type="spellEnd"/>
      <w:r>
        <w:t xml:space="preserve"> para </w:t>
      </w:r>
      <w:proofErr w:type="spellStart"/>
      <w:r>
        <w:t>orientar</w:t>
      </w:r>
      <w:proofErr w:type="spellEnd"/>
      <w:r>
        <w:t xml:space="preserve"> a </w:t>
      </w:r>
      <w:proofErr w:type="spellStart"/>
      <w:r>
        <w:t>inferência</w:t>
      </w:r>
      <w:proofErr w:type="spellEnd"/>
      <w:r>
        <w:t xml:space="preserve">. Na </w:t>
      </w:r>
      <w:proofErr w:type="spellStart"/>
      <w:r>
        <w:t>disciplina</w:t>
      </w:r>
      <w:proofErr w:type="spellEnd"/>
      <w:r>
        <w:t xml:space="preserve">, </w:t>
      </w:r>
      <w:proofErr w:type="spellStart"/>
      <w:r>
        <w:t>estudaremos</w:t>
      </w:r>
      <w:proofErr w:type="spellEnd"/>
      <w:r>
        <w:t xml:space="preserve"> </w:t>
      </w:r>
      <w:proofErr w:type="spellStart"/>
      <w:r>
        <w:t>posteriormente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instruções</w:t>
      </w:r>
      <w:proofErr w:type="spellEnd"/>
      <w:r>
        <w:t xml:space="preserve">, </w:t>
      </w:r>
      <w:proofErr w:type="spellStart"/>
      <w:r>
        <w:t>contexto</w:t>
      </w:r>
      <w:proofErr w:type="spellEnd"/>
      <w:r>
        <w:t xml:space="preserve"> e </w:t>
      </w:r>
      <w:proofErr w:type="spellStart"/>
      <w:r>
        <w:t>formatos</w:t>
      </w:r>
      <w:proofErr w:type="spellEnd"/>
      <w:r>
        <w:t xml:space="preserve"> de </w:t>
      </w:r>
      <w:proofErr w:type="spellStart"/>
      <w:r>
        <w:t>saída</w:t>
      </w:r>
      <w:proofErr w:type="spellEnd"/>
      <w:r>
        <w:t xml:space="preserve"> de </w:t>
      </w:r>
      <w:proofErr w:type="spellStart"/>
      <w:r>
        <w:t>maneira</w:t>
      </w:r>
      <w:proofErr w:type="spellEnd"/>
      <w:r>
        <w:t xml:space="preserve"> </w:t>
      </w:r>
      <w:proofErr w:type="spellStart"/>
      <w:r>
        <w:t>sistemática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5AB6BC06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71081D76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10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usuário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escreve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: “A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agora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responda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professor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História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.”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afirmação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adequada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5F5F38F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usuário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necessariamente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realizou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novo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completo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63195ABB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usuário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forneceu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instrução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influencia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inferência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contexto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5EBAB39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Todos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foram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permanentemente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substituídos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3B879047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Um novo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criado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606766C3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F580FEB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lastRenderedPageBreak/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O prompt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orienta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comportamento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durante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inferência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Essa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capacidade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poderosa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equivale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permanente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Essa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distinção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será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essencial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quando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estudarmos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Engenharia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Prompt.</w:t>
            </w:r>
          </w:p>
        </w:tc>
      </w:tr>
    </w:tbl>
    <w:p w14:paraId="79DE301C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7FDE58C4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5BE8AA3E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11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07D7E0F9" w14:textId="77777777" w:rsidR="00323453" w:rsidRDefault="00000000">
            <w:pPr>
              <w:pStyle w:val="IFSTituloPrincipal"/>
            </w:pPr>
            <w:bookmarkStart w:id="10" w:name="bm_main_11"/>
            <w:r>
              <w:t>FOUNDATION MODELS</w:t>
            </w:r>
            <w:bookmarkEnd w:id="10"/>
          </w:p>
        </w:tc>
      </w:tr>
    </w:tbl>
    <w:p w14:paraId="10004CC5" w14:textId="77777777" w:rsidR="00323453" w:rsidRDefault="00323453">
      <w:pPr>
        <w:pStyle w:val="IFSCorpo"/>
        <w:spacing w:after="180" w:line="20" w:lineRule="exact"/>
      </w:pPr>
    </w:p>
    <w:p w14:paraId="768DD4E4" w14:textId="77777777" w:rsidR="00323453" w:rsidRDefault="00000000">
      <w:pPr>
        <w:pStyle w:val="IFSCorpo"/>
      </w:pPr>
      <w:r>
        <w:t xml:space="preserve">Durante </w:t>
      </w:r>
      <w:proofErr w:type="spellStart"/>
      <w:r>
        <w:t>muito</w:t>
      </w:r>
      <w:proofErr w:type="spellEnd"/>
      <w:r>
        <w:t xml:space="preserve"> tempo, </w:t>
      </w:r>
      <w:proofErr w:type="spellStart"/>
      <w:r>
        <w:t>muitos</w:t>
      </w:r>
      <w:proofErr w:type="spellEnd"/>
      <w:r>
        <w:t xml:space="preserve">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eram</w:t>
      </w:r>
      <w:proofErr w:type="spellEnd"/>
      <w:r>
        <w:t xml:space="preserve"> </w:t>
      </w:r>
      <w:proofErr w:type="spellStart"/>
      <w:r>
        <w:t>construídos</w:t>
      </w:r>
      <w:proofErr w:type="spellEnd"/>
      <w:r>
        <w:t xml:space="preserve"> para </w:t>
      </w:r>
      <w:proofErr w:type="spellStart"/>
      <w:r>
        <w:t>tarefas</w:t>
      </w:r>
      <w:proofErr w:type="spellEnd"/>
      <w:r>
        <w:t xml:space="preserve"> </w:t>
      </w:r>
      <w:proofErr w:type="spellStart"/>
      <w:r>
        <w:t>bastante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 xml:space="preserve">. Um </w:t>
      </w:r>
      <w:proofErr w:type="spellStart"/>
      <w:r>
        <w:t>sistema</w:t>
      </w:r>
      <w:proofErr w:type="spellEnd"/>
      <w:r>
        <w:t xml:space="preserve"> podia ser </w:t>
      </w:r>
      <w:proofErr w:type="spellStart"/>
      <w:r>
        <w:t>treinado</w:t>
      </w:r>
      <w:proofErr w:type="spellEnd"/>
      <w:r>
        <w:t xml:space="preserve"> para </w:t>
      </w:r>
      <w:proofErr w:type="spellStart"/>
      <w:r>
        <w:t>traduzir</w:t>
      </w:r>
      <w:proofErr w:type="spellEnd"/>
      <w:r>
        <w:t xml:space="preserve">, outro para </w:t>
      </w:r>
      <w:proofErr w:type="spellStart"/>
      <w:r>
        <w:t>classificar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e outro para </w:t>
      </w:r>
      <w:proofErr w:type="spellStart"/>
      <w:r>
        <w:t>reconhecer</w:t>
      </w:r>
      <w:proofErr w:type="spellEnd"/>
      <w:r>
        <w:t xml:space="preserve"> imagens.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6F221DBA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A2D18ED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Modelo A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tradução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Modelo B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classificação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Modelo C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resumo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Modelo D 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perguntas</w:t>
            </w:r>
            <w:proofErr w:type="spellEnd"/>
          </w:p>
        </w:tc>
      </w:tr>
    </w:tbl>
    <w:p w14:paraId="0ADB5C6A" w14:textId="77777777" w:rsidR="00323453" w:rsidRDefault="00000000">
      <w:pPr>
        <w:pStyle w:val="IFSCorpo"/>
      </w:pPr>
      <w:r>
        <w:t xml:space="preserve">A </w:t>
      </w:r>
      <w:proofErr w:type="spellStart"/>
      <w:r>
        <w:t>ideia</w:t>
      </w:r>
      <w:proofErr w:type="spellEnd"/>
      <w:r>
        <w:t xml:space="preserve"> de Foundation Model </w:t>
      </w:r>
      <w:proofErr w:type="spellStart"/>
      <w:r>
        <w:t>representa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mudança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: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gerais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servir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base para </w:t>
      </w:r>
      <w:proofErr w:type="spellStart"/>
      <w:r>
        <w:t>diversas</w:t>
      </w:r>
      <w:proofErr w:type="spellEnd"/>
      <w:r>
        <w:t xml:space="preserve"> </w:t>
      </w:r>
      <w:proofErr w:type="spellStart"/>
      <w:r>
        <w:t>tarefas</w:t>
      </w:r>
      <w:proofErr w:type="spellEnd"/>
      <w:r>
        <w:t xml:space="preserve"> e </w:t>
      </w:r>
      <w:proofErr w:type="spellStart"/>
      <w:r>
        <w:t>aplicações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4ED17E1E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C74FB1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                ┌→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tradução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         ├→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resumo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FOUNDATION MODEL ┼→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código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         ├→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               └→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várias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aplicações</w:t>
            </w:r>
            <w:proofErr w:type="spellEnd"/>
          </w:p>
        </w:tc>
      </w:tr>
    </w:tbl>
    <w:p w14:paraId="55E019CB" w14:textId="77777777" w:rsidR="00323453" w:rsidRDefault="00000000">
      <w:pPr>
        <w:pStyle w:val="IFSCorpo"/>
      </w:pPr>
      <w:proofErr w:type="spellStart"/>
      <w:r>
        <w:t>Famílias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GPT, Gemini, Claude, Llama, Qwen e Mistral </w:t>
      </w:r>
      <w:proofErr w:type="spellStart"/>
      <w:r>
        <w:t>ilustram</w:t>
      </w:r>
      <w:proofErr w:type="spellEnd"/>
      <w:r>
        <w:t xml:space="preserve"> esse novo </w:t>
      </w:r>
      <w:proofErr w:type="spellStart"/>
      <w:r>
        <w:t>ecossistema</w:t>
      </w:r>
      <w:proofErr w:type="spellEnd"/>
      <w:r>
        <w:t xml:space="preserve"> de </w:t>
      </w:r>
      <w:proofErr w:type="spellStart"/>
      <w:r>
        <w:t>modelos</w:t>
      </w:r>
      <w:proofErr w:type="spellEnd"/>
      <w:r>
        <w:t xml:space="preserve"> de </w:t>
      </w:r>
      <w:proofErr w:type="spellStart"/>
      <w:r>
        <w:t>propósito</w:t>
      </w:r>
      <w:proofErr w:type="spellEnd"/>
      <w:r>
        <w:t xml:space="preserve"> </w:t>
      </w:r>
      <w:proofErr w:type="spellStart"/>
      <w:r>
        <w:t>amplo</w:t>
      </w:r>
      <w:proofErr w:type="spellEnd"/>
      <w:r>
        <w:t xml:space="preserve">, </w:t>
      </w:r>
      <w:proofErr w:type="spellStart"/>
      <w:r>
        <w:t>embora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arquiteturas</w:t>
      </w:r>
      <w:proofErr w:type="spellEnd"/>
      <w:r>
        <w:t xml:space="preserve">, </w:t>
      </w:r>
      <w:proofErr w:type="spellStart"/>
      <w:r>
        <w:t>modalidades</w:t>
      </w:r>
      <w:proofErr w:type="spellEnd"/>
      <w:r>
        <w:t xml:space="preserve"> e formas de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diferir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5D16C229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14A52DF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11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torna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Foundation Model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diferente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muitos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tradicionais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especializados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6B59EB7B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Ele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só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consegue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executar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única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tarefa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73ABCFE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Pode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servir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base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diversas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tarefas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aplicações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diferentes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2153EBC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2B89B5F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653D5192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4D237B48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Foundation Models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forma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ampla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sustentar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diferentes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aplicações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Eles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eliminam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necessidade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especializados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mudam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forma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muitos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IA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construídos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7C6F34C3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3D3F6D9D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51481E2A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12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56BA1EE0" w14:textId="77777777" w:rsidR="00323453" w:rsidRDefault="00000000">
            <w:pPr>
              <w:pStyle w:val="IFSTituloPrincipal"/>
            </w:pPr>
            <w:bookmarkStart w:id="11" w:name="bm_main_12"/>
            <w:r>
              <w:t>LLMS: MODELOS DE LINGUAGEM EM GRANDE ESCALA</w:t>
            </w:r>
            <w:bookmarkEnd w:id="11"/>
          </w:p>
        </w:tc>
      </w:tr>
    </w:tbl>
    <w:p w14:paraId="455CEBA3" w14:textId="77777777" w:rsidR="00323453" w:rsidRDefault="00323453">
      <w:pPr>
        <w:pStyle w:val="IFSCorpo"/>
        <w:spacing w:after="180" w:line="20" w:lineRule="exact"/>
      </w:pPr>
    </w:p>
    <w:p w14:paraId="18C8B09F" w14:textId="77777777" w:rsidR="00323453" w:rsidRDefault="00000000">
      <w:pPr>
        <w:pStyle w:val="IFSCorpo"/>
      </w:pPr>
      <w:r>
        <w:t xml:space="preserve">LLM </w:t>
      </w:r>
      <w:proofErr w:type="spellStart"/>
      <w:r>
        <w:t>significa</w:t>
      </w:r>
      <w:proofErr w:type="spellEnd"/>
      <w:r>
        <w:t xml:space="preserve"> Large Language Model. Esses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aprendem</w:t>
      </w:r>
      <w:proofErr w:type="spellEnd"/>
      <w:r>
        <w:t xml:space="preserve"> </w:t>
      </w:r>
      <w:proofErr w:type="spellStart"/>
      <w:r>
        <w:t>regularidades</w:t>
      </w:r>
      <w:proofErr w:type="spellEnd"/>
      <w:r>
        <w:t xml:space="preserve"> da </w:t>
      </w:r>
      <w:proofErr w:type="spellStart"/>
      <w:r>
        <w:t>linguagem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grande </w:t>
      </w:r>
      <w:proofErr w:type="spellStart"/>
      <w:r>
        <w:t>escala</w:t>
      </w:r>
      <w:proofErr w:type="spellEnd"/>
      <w:r>
        <w:t xml:space="preserve"> e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utilizados</w:t>
      </w:r>
      <w:proofErr w:type="spellEnd"/>
      <w:r>
        <w:t xml:space="preserve"> para </w:t>
      </w:r>
      <w:proofErr w:type="spellStart"/>
      <w:r>
        <w:t>tarefas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responder </w:t>
      </w:r>
      <w:proofErr w:type="spellStart"/>
      <w:r>
        <w:t>perguntas</w:t>
      </w:r>
      <w:proofErr w:type="spellEnd"/>
      <w:r>
        <w:t xml:space="preserve">, </w:t>
      </w:r>
      <w:proofErr w:type="spellStart"/>
      <w:r>
        <w:t>resumir</w:t>
      </w:r>
      <w:proofErr w:type="spellEnd"/>
      <w:r>
        <w:t xml:space="preserve">, </w:t>
      </w:r>
      <w:proofErr w:type="spellStart"/>
      <w:r>
        <w:t>traduzir</w:t>
      </w:r>
      <w:proofErr w:type="spellEnd"/>
      <w:r>
        <w:t xml:space="preserve">, </w:t>
      </w:r>
      <w:proofErr w:type="spellStart"/>
      <w:r>
        <w:t>classificar</w:t>
      </w:r>
      <w:proofErr w:type="spellEnd"/>
      <w:r>
        <w:t xml:space="preserve">, </w:t>
      </w:r>
      <w:proofErr w:type="spellStart"/>
      <w:r>
        <w:t>extrair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código</w:t>
      </w:r>
      <w:proofErr w:type="spellEnd"/>
      <w:r>
        <w:t>.</w:t>
      </w:r>
    </w:p>
    <w:p w14:paraId="662C8685" w14:textId="77777777" w:rsidR="00323453" w:rsidRDefault="00000000">
      <w:pPr>
        <w:pStyle w:val="IFSLista"/>
      </w:pPr>
      <w:r>
        <w:t xml:space="preserve">Responder </w:t>
      </w:r>
      <w:proofErr w:type="spellStart"/>
      <w:r>
        <w:t>perguntas</w:t>
      </w:r>
      <w:proofErr w:type="spellEnd"/>
      <w:r>
        <w:t xml:space="preserve"> e </w:t>
      </w:r>
      <w:proofErr w:type="spellStart"/>
      <w:r>
        <w:t>conversar</w:t>
      </w:r>
      <w:proofErr w:type="spellEnd"/>
    </w:p>
    <w:p w14:paraId="55319673" w14:textId="77777777" w:rsidR="00323453" w:rsidRDefault="00000000">
      <w:pPr>
        <w:pStyle w:val="IFSLista"/>
      </w:pPr>
      <w:proofErr w:type="spellStart"/>
      <w:r>
        <w:t>Resumir</w:t>
      </w:r>
      <w:proofErr w:type="spellEnd"/>
      <w:r>
        <w:t xml:space="preserve"> e </w:t>
      </w:r>
      <w:proofErr w:type="spellStart"/>
      <w:r>
        <w:t>reescrever</w:t>
      </w:r>
      <w:proofErr w:type="spellEnd"/>
      <w:r>
        <w:t xml:space="preserve"> </w:t>
      </w:r>
      <w:proofErr w:type="spellStart"/>
      <w:r>
        <w:t>textos</w:t>
      </w:r>
      <w:proofErr w:type="spellEnd"/>
    </w:p>
    <w:p w14:paraId="6A659676" w14:textId="77777777" w:rsidR="00323453" w:rsidRDefault="00000000">
      <w:pPr>
        <w:pStyle w:val="IFSLista"/>
      </w:pPr>
      <w:proofErr w:type="spellStart"/>
      <w:r>
        <w:t>Traduzir</w:t>
      </w:r>
      <w:proofErr w:type="spellEnd"/>
    </w:p>
    <w:p w14:paraId="564A2128" w14:textId="77777777" w:rsidR="00323453" w:rsidRDefault="00000000">
      <w:pPr>
        <w:pStyle w:val="IFSLista"/>
      </w:pPr>
      <w:proofErr w:type="spellStart"/>
      <w:r>
        <w:lastRenderedPageBreak/>
        <w:t>Extrair</w:t>
      </w:r>
      <w:proofErr w:type="spellEnd"/>
      <w:r>
        <w:t xml:space="preserve"> </w:t>
      </w:r>
      <w:proofErr w:type="spellStart"/>
      <w:r>
        <w:t>informações</w:t>
      </w:r>
      <w:proofErr w:type="spellEnd"/>
    </w:p>
    <w:p w14:paraId="74E6D1C5" w14:textId="77777777" w:rsidR="00323453" w:rsidRDefault="00000000">
      <w:pPr>
        <w:pStyle w:val="IFSLista"/>
      </w:pPr>
      <w:proofErr w:type="spellStart"/>
      <w:r>
        <w:t>Classificar</w:t>
      </w:r>
      <w:proofErr w:type="spellEnd"/>
      <w:r>
        <w:t xml:space="preserve"> </w:t>
      </w:r>
      <w:proofErr w:type="spellStart"/>
      <w:r>
        <w:t>conteúdo</w:t>
      </w:r>
      <w:proofErr w:type="spellEnd"/>
    </w:p>
    <w:p w14:paraId="560A7564" w14:textId="77777777" w:rsidR="00323453" w:rsidRDefault="00000000">
      <w:pPr>
        <w:pStyle w:val="IFSLista"/>
      </w:pPr>
      <w:r>
        <w:t xml:space="preserve">Gerar </w:t>
      </w:r>
      <w:proofErr w:type="spellStart"/>
      <w:r>
        <w:t>texto</w:t>
      </w:r>
      <w:proofErr w:type="spellEnd"/>
      <w:r>
        <w:t xml:space="preserve"> e </w:t>
      </w:r>
      <w:proofErr w:type="spellStart"/>
      <w:r>
        <w:t>código</w:t>
      </w:r>
      <w:proofErr w:type="spellEnd"/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8872"/>
        <w:gridCol w:w="89"/>
      </w:tblGrid>
      <w:tr w:rsidR="00323453" w14:paraId="28655477" w14:textId="77777777">
        <w:trPr>
          <w:gridAfter w:val="1"/>
          <w:wAfter w:w="90" w:type="dxa"/>
          <w:cantSplit/>
          <w:tblHeader/>
          <w:jc w:val="center"/>
        </w:trPr>
        <w:tc>
          <w:tcPr>
            <w:tcW w:w="9581" w:type="dxa"/>
            <w:gridSpan w:val="2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6A465CD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Ponte para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próxima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aula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transformar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linguagem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representações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numéricas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processá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-la. Na Aula 02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veremos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tokens, embeddings, Attention e Transformer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participam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desse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processo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2B73B5D9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52662C53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13</w:t>
            </w:r>
          </w:p>
        </w:tc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34BF56DA" w14:textId="77777777" w:rsidR="00323453" w:rsidRDefault="00000000">
            <w:pPr>
              <w:pStyle w:val="IFSTituloPrincipal"/>
            </w:pPr>
            <w:bookmarkStart w:id="12" w:name="bm_main_13"/>
            <w:r>
              <w:t>A GERAÇÃO É PROBABILÍSTICA</w:t>
            </w:r>
            <w:bookmarkEnd w:id="12"/>
          </w:p>
        </w:tc>
      </w:tr>
    </w:tbl>
    <w:p w14:paraId="111418B5" w14:textId="77777777" w:rsidR="00323453" w:rsidRDefault="00323453">
      <w:pPr>
        <w:pStyle w:val="IFSCorpo"/>
        <w:spacing w:after="180" w:line="20" w:lineRule="exact"/>
      </w:pPr>
    </w:p>
    <w:p w14:paraId="4B04872F" w14:textId="77777777" w:rsidR="00323453" w:rsidRDefault="00000000">
      <w:pPr>
        <w:pStyle w:val="IFSCorpo"/>
      </w:pPr>
      <w:r>
        <w:t xml:space="preserve">Complete a </w:t>
      </w:r>
      <w:proofErr w:type="spellStart"/>
      <w:r>
        <w:t>frase</w:t>
      </w:r>
      <w:proofErr w:type="spellEnd"/>
      <w:r>
        <w:t xml:space="preserve">: “O </w:t>
      </w:r>
      <w:proofErr w:type="spellStart"/>
      <w:r>
        <w:t>céu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...”. </w:t>
      </w:r>
      <w:proofErr w:type="spellStart"/>
      <w:r>
        <w:t>Diversas</w:t>
      </w:r>
      <w:proofErr w:type="spellEnd"/>
      <w:r>
        <w:t xml:space="preserve"> </w:t>
      </w:r>
      <w:proofErr w:type="spellStart"/>
      <w:r>
        <w:t>continuações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plausíveis</w:t>
      </w:r>
      <w:proofErr w:type="spellEnd"/>
      <w:r>
        <w:t xml:space="preserve">: </w:t>
      </w:r>
      <w:proofErr w:type="spellStart"/>
      <w:r>
        <w:t>azul</w:t>
      </w:r>
      <w:proofErr w:type="spellEnd"/>
      <w:r>
        <w:t xml:space="preserve">, </w:t>
      </w:r>
      <w:proofErr w:type="spellStart"/>
      <w:r>
        <w:t>nublado</w:t>
      </w:r>
      <w:proofErr w:type="spellEnd"/>
      <w:r>
        <w:t xml:space="preserve">, </w:t>
      </w:r>
      <w:proofErr w:type="spellStart"/>
      <w:r>
        <w:t>escuro</w:t>
      </w:r>
      <w:proofErr w:type="spellEnd"/>
      <w:r>
        <w:t xml:space="preserve">, </w:t>
      </w:r>
      <w:proofErr w:type="spellStart"/>
      <w:r>
        <w:t>limpo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carregado</w:t>
      </w:r>
      <w:proofErr w:type="spellEnd"/>
      <w:r>
        <w:t xml:space="preserve">.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generativos</w:t>
      </w:r>
      <w:proofErr w:type="spellEnd"/>
      <w:r>
        <w:t xml:space="preserve"> </w:t>
      </w:r>
      <w:proofErr w:type="spellStart"/>
      <w:r>
        <w:t>trabalham</w:t>
      </w:r>
      <w:proofErr w:type="spellEnd"/>
      <w:r>
        <w:t xml:space="preserve"> com </w:t>
      </w:r>
      <w:proofErr w:type="spellStart"/>
      <w:r>
        <w:t>distribuições</w:t>
      </w:r>
      <w:proofErr w:type="spellEnd"/>
      <w:r>
        <w:t xml:space="preserve"> de </w:t>
      </w:r>
      <w:proofErr w:type="spellStart"/>
      <w:r>
        <w:t>probabilidade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continuações</w:t>
      </w:r>
      <w:proofErr w:type="spellEnd"/>
      <w:r>
        <w:t xml:space="preserve"> </w:t>
      </w:r>
      <w:proofErr w:type="spellStart"/>
      <w:r>
        <w:t>possíveis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3309"/>
        <w:gridCol w:w="6272"/>
      </w:tblGrid>
      <w:tr w:rsidR="00323453" w14:paraId="2D9220CE" w14:textId="77777777">
        <w:trPr>
          <w:cantSplit/>
          <w:tblHeader/>
          <w:jc w:val="center"/>
        </w:trPr>
        <w:tc>
          <w:tcPr>
            <w:tcW w:w="3309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7C2EF18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Continuação</w:t>
            </w:r>
            <w:proofErr w:type="spellEnd"/>
          </w:p>
        </w:tc>
        <w:tc>
          <w:tcPr>
            <w:tcW w:w="6272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C5B171A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Probabilidade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ilustrativa</w:t>
            </w:r>
            <w:proofErr w:type="spellEnd"/>
          </w:p>
        </w:tc>
      </w:tr>
      <w:tr w:rsidR="00323453" w14:paraId="13AB08AB" w14:textId="77777777">
        <w:trPr>
          <w:cantSplit/>
          <w:jc w:val="center"/>
        </w:trPr>
        <w:tc>
          <w:tcPr>
            <w:tcW w:w="3309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FFFFF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A0148F0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cs="Segoe UI"/>
                <w:sz w:val="19"/>
              </w:rPr>
              <w:t>azul</w:t>
            </w:r>
            <w:proofErr w:type="spellEnd"/>
          </w:p>
        </w:tc>
        <w:tc>
          <w:tcPr>
            <w:tcW w:w="6272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FFFFF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7E5811AD" w14:textId="77777777" w:rsidR="00323453" w:rsidRDefault="00000000">
            <w:pPr>
              <w:spacing w:after="0" w:line="259" w:lineRule="auto"/>
            </w:pPr>
            <w:r>
              <w:rPr>
                <w:rFonts w:cs="Segoe UI"/>
                <w:sz w:val="19"/>
              </w:rPr>
              <w:t>42%</w:t>
            </w:r>
          </w:p>
        </w:tc>
      </w:tr>
      <w:tr w:rsidR="00323453" w14:paraId="6AB3A0B3" w14:textId="77777777">
        <w:trPr>
          <w:cantSplit/>
          <w:jc w:val="center"/>
        </w:trPr>
        <w:tc>
          <w:tcPr>
            <w:tcW w:w="3309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4F7F2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378547A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cs="Segoe UI"/>
                <w:sz w:val="19"/>
              </w:rPr>
              <w:t>nublado</w:t>
            </w:r>
            <w:proofErr w:type="spellEnd"/>
          </w:p>
        </w:tc>
        <w:tc>
          <w:tcPr>
            <w:tcW w:w="6272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4F7F2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A4D8351" w14:textId="77777777" w:rsidR="00323453" w:rsidRDefault="00000000">
            <w:pPr>
              <w:spacing w:after="0" w:line="259" w:lineRule="auto"/>
            </w:pPr>
            <w:r>
              <w:rPr>
                <w:rFonts w:cs="Segoe UI"/>
                <w:sz w:val="19"/>
              </w:rPr>
              <w:t>27%</w:t>
            </w:r>
          </w:p>
        </w:tc>
      </w:tr>
      <w:tr w:rsidR="00323453" w14:paraId="3F0C4296" w14:textId="77777777">
        <w:trPr>
          <w:cantSplit/>
          <w:jc w:val="center"/>
        </w:trPr>
        <w:tc>
          <w:tcPr>
            <w:tcW w:w="3309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FFFFF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828F0E9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cs="Segoe UI"/>
                <w:sz w:val="19"/>
              </w:rPr>
              <w:t>escuro</w:t>
            </w:r>
            <w:proofErr w:type="spellEnd"/>
          </w:p>
        </w:tc>
        <w:tc>
          <w:tcPr>
            <w:tcW w:w="6272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FFFFF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5AED41E" w14:textId="77777777" w:rsidR="00323453" w:rsidRDefault="00000000">
            <w:pPr>
              <w:spacing w:after="0" w:line="259" w:lineRule="auto"/>
            </w:pPr>
            <w:r>
              <w:rPr>
                <w:rFonts w:cs="Segoe UI"/>
                <w:sz w:val="19"/>
              </w:rPr>
              <w:t>13%</w:t>
            </w:r>
          </w:p>
        </w:tc>
      </w:tr>
      <w:tr w:rsidR="00323453" w14:paraId="069C5C88" w14:textId="77777777">
        <w:trPr>
          <w:cantSplit/>
          <w:jc w:val="center"/>
        </w:trPr>
        <w:tc>
          <w:tcPr>
            <w:tcW w:w="3309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4F7F2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4635D77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cs="Segoe UI"/>
                <w:sz w:val="19"/>
              </w:rPr>
              <w:t>limpo</w:t>
            </w:r>
            <w:proofErr w:type="spellEnd"/>
          </w:p>
        </w:tc>
        <w:tc>
          <w:tcPr>
            <w:tcW w:w="6272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4F7F2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3058A6E" w14:textId="77777777" w:rsidR="00323453" w:rsidRDefault="00000000">
            <w:pPr>
              <w:spacing w:after="0" w:line="259" w:lineRule="auto"/>
            </w:pPr>
            <w:r>
              <w:rPr>
                <w:rFonts w:cs="Segoe UI"/>
                <w:sz w:val="19"/>
              </w:rPr>
              <w:t>8%</w:t>
            </w:r>
          </w:p>
        </w:tc>
      </w:tr>
      <w:tr w:rsidR="00323453" w14:paraId="61BACD15" w14:textId="77777777">
        <w:trPr>
          <w:cantSplit/>
          <w:jc w:val="center"/>
        </w:trPr>
        <w:tc>
          <w:tcPr>
            <w:tcW w:w="3309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FFFFF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7967439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cs="Segoe UI"/>
                <w:sz w:val="19"/>
              </w:rPr>
              <w:t>outras</w:t>
            </w:r>
            <w:proofErr w:type="spellEnd"/>
          </w:p>
        </w:tc>
        <w:tc>
          <w:tcPr>
            <w:tcW w:w="6272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FFFFFF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1F57CA0" w14:textId="77777777" w:rsidR="00323453" w:rsidRDefault="00000000">
            <w:pPr>
              <w:spacing w:after="0" w:line="259" w:lineRule="auto"/>
            </w:pPr>
            <w:r>
              <w:rPr>
                <w:rFonts w:cs="Segoe UI"/>
                <w:sz w:val="19"/>
              </w:rPr>
              <w:t>10%</w:t>
            </w:r>
          </w:p>
        </w:tc>
      </w:tr>
    </w:tbl>
    <w:p w14:paraId="565A78FE" w14:textId="77777777" w:rsidR="00323453" w:rsidRDefault="00000000">
      <w:pPr>
        <w:pStyle w:val="IFSCorpo"/>
      </w:pPr>
      <w:proofErr w:type="spellStart"/>
      <w:r>
        <w:t>Os</w:t>
      </w:r>
      <w:proofErr w:type="spellEnd"/>
      <w:r>
        <w:t xml:space="preserve"> </w:t>
      </w:r>
      <w:proofErr w:type="spellStart"/>
      <w:r>
        <w:t>valores</w:t>
      </w:r>
      <w:proofErr w:type="spellEnd"/>
      <w:r>
        <w:t xml:space="preserve"> da </w:t>
      </w:r>
      <w:proofErr w:type="spellStart"/>
      <w:r>
        <w:t>tabela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apenas</w:t>
      </w:r>
      <w:proofErr w:type="spellEnd"/>
      <w:r>
        <w:t xml:space="preserve"> </w:t>
      </w:r>
      <w:proofErr w:type="spellStart"/>
      <w:r>
        <w:t>ilustrativos</w:t>
      </w:r>
      <w:proofErr w:type="spellEnd"/>
      <w:r>
        <w:t xml:space="preserve">. O </w:t>
      </w:r>
      <w:proofErr w:type="spellStart"/>
      <w:r>
        <w:t>ponto</w:t>
      </w:r>
      <w:proofErr w:type="spellEnd"/>
      <w:r>
        <w:t xml:space="preserve"> </w:t>
      </w:r>
      <w:proofErr w:type="spellStart"/>
      <w:r>
        <w:t>conceitual</w:t>
      </w:r>
      <w:proofErr w:type="spellEnd"/>
      <w:r>
        <w:t xml:space="preserve"> é </w:t>
      </w:r>
      <w:proofErr w:type="spellStart"/>
      <w:r>
        <w:t>que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trabalha</w:t>
      </w:r>
      <w:proofErr w:type="spellEnd"/>
      <w:r>
        <w:t xml:space="preserve"> </w:t>
      </w:r>
      <w:proofErr w:type="spellStart"/>
      <w:r>
        <w:t>necessariamente</w:t>
      </w:r>
      <w:proofErr w:type="spellEnd"/>
      <w:r>
        <w:t xml:space="preserve"> com </w:t>
      </w:r>
      <w:proofErr w:type="spellStart"/>
      <w:r>
        <w:t>uma</w:t>
      </w:r>
      <w:proofErr w:type="spellEnd"/>
      <w:r>
        <w:t xml:space="preserve"> </w:t>
      </w:r>
      <w:proofErr w:type="spellStart"/>
      <w:r>
        <w:t>única</w:t>
      </w:r>
      <w:proofErr w:type="spellEnd"/>
      <w:r>
        <w:t xml:space="preserve"> </w:t>
      </w:r>
      <w:proofErr w:type="spellStart"/>
      <w:r>
        <w:t>continuação</w:t>
      </w:r>
      <w:proofErr w:type="spellEnd"/>
      <w:r>
        <w:t xml:space="preserve"> </w:t>
      </w:r>
      <w:proofErr w:type="spellStart"/>
      <w:r>
        <w:t>predeterminada</w:t>
      </w:r>
      <w:proofErr w:type="spellEnd"/>
      <w:r>
        <w:t xml:space="preserve">. Mais </w:t>
      </w:r>
      <w:proofErr w:type="spellStart"/>
      <w:r>
        <w:t>adiante</w:t>
      </w:r>
      <w:proofErr w:type="spellEnd"/>
      <w:r>
        <w:t xml:space="preserve"> </w:t>
      </w:r>
      <w:proofErr w:type="spellStart"/>
      <w:r>
        <w:t>estudaremos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parâmetros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e top-p </w:t>
      </w:r>
      <w:proofErr w:type="spellStart"/>
      <w:r>
        <w:t>influenciam</w:t>
      </w:r>
      <w:proofErr w:type="spellEnd"/>
      <w:r>
        <w:t xml:space="preserve"> a </w:t>
      </w:r>
      <w:proofErr w:type="spellStart"/>
      <w:r>
        <w:t>seleção</w:t>
      </w:r>
      <w:proofErr w:type="spellEnd"/>
      <w:r>
        <w:t xml:space="preserve"> das </w:t>
      </w:r>
      <w:proofErr w:type="spellStart"/>
      <w:r>
        <w:t>saídas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30738D0C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67E0845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12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Por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duas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generativo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à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mesma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exatamente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iguais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2B42A054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generativos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trabalhar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probabilisticamente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com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diferentes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continuações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possíveis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360D875D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necessariamente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esqueceu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anterior.</w:t>
            </w:r>
          </w:p>
          <w:p w14:paraId="400ED44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obrigatoriamente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produzida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humano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13F17072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LLMs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matemática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26D8107B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BF6D1B6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probabilística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permite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diferentes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sequências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plausíveis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sejam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produzidas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variabilidade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útil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tarefas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criativas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também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exige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controle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avaliação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quando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consistentes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49FCFE99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0C950010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9C00B1A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14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27769DEB" w14:textId="77777777" w:rsidR="00323453" w:rsidRDefault="00000000">
            <w:pPr>
              <w:pStyle w:val="IFSTituloPrincipal"/>
            </w:pPr>
            <w:bookmarkStart w:id="13" w:name="bm_main_14"/>
            <w:r>
              <w:t>ALUCINAÇÃO: FLUÊNCIA NÃO GARANTE VERDADE</w:t>
            </w:r>
            <w:bookmarkEnd w:id="13"/>
          </w:p>
        </w:tc>
      </w:tr>
    </w:tbl>
    <w:p w14:paraId="4B30286C" w14:textId="77777777" w:rsidR="00323453" w:rsidRDefault="00323453">
      <w:pPr>
        <w:pStyle w:val="IFSCorpo"/>
        <w:spacing w:after="180" w:line="20" w:lineRule="exact"/>
      </w:pPr>
    </w:p>
    <w:p w14:paraId="118BA36F" w14:textId="77777777" w:rsidR="00323453" w:rsidRDefault="00000000">
      <w:pPr>
        <w:pStyle w:val="IFSCorpo"/>
      </w:pPr>
      <w:r>
        <w:t xml:space="preserve">Um LLM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produzir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resposta</w:t>
      </w:r>
      <w:proofErr w:type="spellEnd"/>
      <w:r>
        <w:t xml:space="preserve"> </w:t>
      </w:r>
      <w:proofErr w:type="spellStart"/>
      <w:r>
        <w:t>bem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, </w:t>
      </w:r>
      <w:proofErr w:type="spellStart"/>
      <w:r>
        <w:t>coerente</w:t>
      </w:r>
      <w:proofErr w:type="spellEnd"/>
      <w:r>
        <w:t xml:space="preserve"> e </w:t>
      </w:r>
      <w:proofErr w:type="spellStart"/>
      <w:r>
        <w:t>ainda</w:t>
      </w:r>
      <w:proofErr w:type="spellEnd"/>
      <w:r>
        <w:t xml:space="preserve"> </w:t>
      </w:r>
      <w:proofErr w:type="spellStart"/>
      <w:r>
        <w:t>assim</w:t>
      </w:r>
      <w:proofErr w:type="spellEnd"/>
      <w:r>
        <w:t xml:space="preserve"> </w:t>
      </w:r>
      <w:proofErr w:type="spellStart"/>
      <w:r>
        <w:t>incorreta</w:t>
      </w:r>
      <w:proofErr w:type="spellEnd"/>
      <w:r>
        <w:t xml:space="preserve">. Pode </w:t>
      </w:r>
      <w:proofErr w:type="spellStart"/>
      <w:r>
        <w:t>inventar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referência</w:t>
      </w:r>
      <w:proofErr w:type="spellEnd"/>
      <w:r>
        <w:t xml:space="preserve"> </w:t>
      </w:r>
      <w:proofErr w:type="spellStart"/>
      <w:r>
        <w:t>bibliográfica</w:t>
      </w:r>
      <w:proofErr w:type="spellEnd"/>
      <w:r>
        <w:t xml:space="preserve">, </w:t>
      </w:r>
      <w:proofErr w:type="spellStart"/>
      <w:r>
        <w:t>atribuir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frase</w:t>
      </w:r>
      <w:proofErr w:type="spellEnd"/>
      <w:r>
        <w:t xml:space="preserve"> a </w:t>
      </w:r>
      <w:proofErr w:type="spellStart"/>
      <w:r>
        <w:t>alguém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a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apresentar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data </w:t>
      </w:r>
      <w:proofErr w:type="spellStart"/>
      <w:r>
        <w:t>errada</w:t>
      </w:r>
      <w:proofErr w:type="spellEnd"/>
      <w:r>
        <w:t xml:space="preserve"> com </w:t>
      </w:r>
      <w:proofErr w:type="spellStart"/>
      <w:r>
        <w:t>enorme</w:t>
      </w:r>
      <w:proofErr w:type="spellEnd"/>
      <w:r>
        <w:t xml:space="preserve"> </w:t>
      </w:r>
      <w:proofErr w:type="spellStart"/>
      <w:r>
        <w:t>confiança</w:t>
      </w:r>
      <w:proofErr w:type="spellEnd"/>
      <w:r>
        <w:t xml:space="preserve"> </w:t>
      </w:r>
      <w:proofErr w:type="spellStart"/>
      <w:r>
        <w:t>linguística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4C14D301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50997E4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lastRenderedPageBreak/>
              <w:t>Ideia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crítica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PLAUSÍVEL ≠ VERDADEIRO</w:t>
            </w:r>
          </w:p>
        </w:tc>
      </w:tr>
    </w:tbl>
    <w:p w14:paraId="55EFAAA6" w14:textId="77777777" w:rsidR="00323453" w:rsidRDefault="00000000">
      <w:pPr>
        <w:pStyle w:val="IFSCorpo"/>
      </w:pPr>
      <w:r>
        <w:t xml:space="preserve">Esse </w:t>
      </w:r>
      <w:proofErr w:type="spellStart"/>
      <w:r>
        <w:t>fenômeno</w:t>
      </w:r>
      <w:proofErr w:type="spellEnd"/>
      <w:r>
        <w:t xml:space="preserve"> é </w:t>
      </w:r>
      <w:proofErr w:type="spellStart"/>
      <w:r>
        <w:t>frequentemente</w:t>
      </w:r>
      <w:proofErr w:type="spellEnd"/>
      <w:r>
        <w:t xml:space="preserve"> </w:t>
      </w:r>
      <w:proofErr w:type="spellStart"/>
      <w:r>
        <w:t>chamado</w:t>
      </w:r>
      <w:proofErr w:type="spellEnd"/>
      <w:r>
        <w:t xml:space="preserve"> de </w:t>
      </w:r>
      <w:proofErr w:type="spellStart"/>
      <w:r>
        <w:t>alucinação</w:t>
      </w:r>
      <w:proofErr w:type="spellEnd"/>
      <w:r>
        <w:t xml:space="preserve">. Uma </w:t>
      </w:r>
      <w:proofErr w:type="spellStart"/>
      <w:r>
        <w:t>explicação</w:t>
      </w:r>
      <w:proofErr w:type="spellEnd"/>
      <w:r>
        <w:t xml:space="preserve"> </w:t>
      </w:r>
      <w:proofErr w:type="spellStart"/>
      <w:r>
        <w:t>útil</w:t>
      </w:r>
      <w:proofErr w:type="spellEnd"/>
      <w:r>
        <w:t xml:space="preserve"> é </w:t>
      </w:r>
      <w:proofErr w:type="spellStart"/>
      <w:r>
        <w:t>lembrar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modelos</w:t>
      </w:r>
      <w:proofErr w:type="spellEnd"/>
      <w:r>
        <w:t xml:space="preserve"> de </w:t>
      </w:r>
      <w:proofErr w:type="spellStart"/>
      <w:r>
        <w:t>linguagem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treinados</w:t>
      </w:r>
      <w:proofErr w:type="spellEnd"/>
      <w:r>
        <w:t xml:space="preserve"> para </w:t>
      </w:r>
      <w:proofErr w:type="spellStart"/>
      <w:r>
        <w:t>produzir</w:t>
      </w:r>
      <w:proofErr w:type="spellEnd"/>
      <w:r>
        <w:t xml:space="preserve"> </w:t>
      </w:r>
      <w:proofErr w:type="spellStart"/>
      <w:r>
        <w:t>sequências</w:t>
      </w:r>
      <w:proofErr w:type="spellEnd"/>
      <w:r>
        <w:t xml:space="preserve"> </w:t>
      </w:r>
      <w:proofErr w:type="spellStart"/>
      <w:r>
        <w:t>plausíveis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para </w:t>
      </w:r>
      <w:proofErr w:type="spellStart"/>
      <w:r>
        <w:t>funcionar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bancos</w:t>
      </w:r>
      <w:proofErr w:type="spellEnd"/>
      <w:r>
        <w:t xml:space="preserve"> de </w:t>
      </w:r>
      <w:proofErr w:type="spellStart"/>
      <w:r>
        <w:t>fatos</w:t>
      </w:r>
      <w:proofErr w:type="spellEnd"/>
      <w:r>
        <w:t xml:space="preserve"> </w:t>
      </w:r>
      <w:proofErr w:type="spellStart"/>
      <w:r>
        <w:t>infalíveis</w:t>
      </w:r>
      <w:proofErr w:type="spellEnd"/>
      <w:r>
        <w:t>.</w:t>
      </w:r>
    </w:p>
    <w:p w14:paraId="6672819D" w14:textId="77777777" w:rsidR="00323453" w:rsidRDefault="00000000">
      <w:pPr>
        <w:pStyle w:val="IFSLista"/>
      </w:pPr>
      <w:proofErr w:type="spellStart"/>
      <w:r>
        <w:t>Referências</w:t>
      </w:r>
      <w:proofErr w:type="spellEnd"/>
      <w:r>
        <w:t xml:space="preserve"> </w:t>
      </w:r>
      <w:proofErr w:type="spellStart"/>
      <w:r>
        <w:t>inexistentes</w:t>
      </w:r>
      <w:proofErr w:type="spellEnd"/>
    </w:p>
    <w:p w14:paraId="51E33FAC" w14:textId="77777777" w:rsidR="00323453" w:rsidRDefault="00000000">
      <w:pPr>
        <w:pStyle w:val="IFSLista"/>
      </w:pPr>
      <w:proofErr w:type="spellStart"/>
      <w:r>
        <w:t>Datas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nomes</w:t>
      </w:r>
      <w:proofErr w:type="spellEnd"/>
      <w:r>
        <w:t xml:space="preserve"> </w:t>
      </w:r>
      <w:proofErr w:type="spellStart"/>
      <w:r>
        <w:t>incorretos</w:t>
      </w:r>
      <w:proofErr w:type="spellEnd"/>
    </w:p>
    <w:p w14:paraId="160E88F2" w14:textId="77777777" w:rsidR="00323453" w:rsidRDefault="00000000">
      <w:pPr>
        <w:pStyle w:val="IFSLista"/>
      </w:pPr>
      <w:r>
        <w:t xml:space="preserve">Leis </w:t>
      </w:r>
      <w:proofErr w:type="spellStart"/>
      <w:r>
        <w:t>ou</w:t>
      </w:r>
      <w:proofErr w:type="spellEnd"/>
      <w:r>
        <w:t xml:space="preserve"> </w:t>
      </w:r>
      <w:proofErr w:type="spellStart"/>
      <w:r>
        <w:t>normas</w:t>
      </w:r>
      <w:proofErr w:type="spellEnd"/>
      <w:r>
        <w:t xml:space="preserve"> </w:t>
      </w:r>
      <w:proofErr w:type="spellStart"/>
      <w:r>
        <w:t>inventadas</w:t>
      </w:r>
      <w:proofErr w:type="spellEnd"/>
    </w:p>
    <w:p w14:paraId="46A86F20" w14:textId="77777777" w:rsidR="00323453" w:rsidRDefault="00000000">
      <w:pPr>
        <w:pStyle w:val="IFSLista"/>
      </w:pPr>
      <w:proofErr w:type="spellStart"/>
      <w:r>
        <w:t>Citações</w:t>
      </w:r>
      <w:proofErr w:type="spellEnd"/>
      <w:r>
        <w:t xml:space="preserve"> falsas</w:t>
      </w:r>
    </w:p>
    <w:p w14:paraId="46BBF5D7" w14:textId="77777777" w:rsidR="00323453" w:rsidRDefault="00000000">
      <w:pPr>
        <w:pStyle w:val="IFSLista"/>
      </w:pPr>
      <w:proofErr w:type="spellStart"/>
      <w:r>
        <w:t>Explicações</w:t>
      </w:r>
      <w:proofErr w:type="spellEnd"/>
      <w:r>
        <w:t xml:space="preserve"> </w:t>
      </w:r>
      <w:proofErr w:type="spellStart"/>
      <w:r>
        <w:t>tecnicamente</w:t>
      </w:r>
      <w:proofErr w:type="spellEnd"/>
      <w:r>
        <w:t xml:space="preserve"> </w:t>
      </w:r>
      <w:proofErr w:type="spellStart"/>
      <w:r>
        <w:t>erradas</w:t>
      </w:r>
      <w:proofErr w:type="spellEnd"/>
      <w:r>
        <w:t xml:space="preserve">, mas </w:t>
      </w:r>
      <w:proofErr w:type="spellStart"/>
      <w:r>
        <w:t>linguisticamente</w:t>
      </w:r>
      <w:proofErr w:type="spellEnd"/>
      <w:r>
        <w:t xml:space="preserve"> </w:t>
      </w:r>
      <w:proofErr w:type="spellStart"/>
      <w:r>
        <w:t>convincentes</w:t>
      </w:r>
      <w:proofErr w:type="spellEnd"/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640BB675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3D3236E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13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fornece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referência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acadêmica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extremamente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convincente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autor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título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revista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ano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artigo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nunca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existiu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aconteceu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46030322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realizou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necessariamente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ataque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hacker.</w:t>
            </w:r>
          </w:p>
          <w:p w14:paraId="7C9C16D3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apresentou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exemplo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típico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alucinação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0B2496F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perdido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15BF3973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demonstra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estava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obrigatoriamente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desconectado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internet.</w:t>
            </w:r>
          </w:p>
        </w:tc>
      </w:tr>
      <w:tr w:rsidR="00323453" w14:paraId="79920456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063A3DC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B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Forma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convincente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garante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conteúdo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verdadeiro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Por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IA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estratégias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verificação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recuperação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avaliação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monitoramento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Esse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problema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será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retomado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módulos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RAG, Evals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segurança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71BD5A24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4B2B91E3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837FD82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15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7052364" w14:textId="77777777" w:rsidR="00323453" w:rsidRDefault="00000000">
            <w:pPr>
              <w:pStyle w:val="IFSTituloPrincipal"/>
            </w:pPr>
            <w:bookmarkStart w:id="14" w:name="bm_main_15"/>
            <w:r>
              <w:t>UM LLM NÃO É SIMPLESMENTE UM BANCO DE DADOS</w:t>
            </w:r>
            <w:bookmarkEnd w:id="14"/>
          </w:p>
        </w:tc>
      </w:tr>
    </w:tbl>
    <w:p w14:paraId="61889425" w14:textId="77777777" w:rsidR="00323453" w:rsidRDefault="00323453">
      <w:pPr>
        <w:pStyle w:val="IFSCorpo"/>
        <w:spacing w:after="180" w:line="20" w:lineRule="exact"/>
      </w:pPr>
    </w:p>
    <w:p w14:paraId="4FA831BF" w14:textId="77777777" w:rsidR="00323453" w:rsidRDefault="00000000">
      <w:pPr>
        <w:pStyle w:val="IFSCorpo"/>
      </w:pPr>
      <w:r>
        <w:t xml:space="preserve">É </w:t>
      </w:r>
      <w:proofErr w:type="spellStart"/>
      <w:r>
        <w:t>tentador</w:t>
      </w:r>
      <w:proofErr w:type="spellEnd"/>
      <w:r>
        <w:t xml:space="preserve"> </w:t>
      </w:r>
      <w:proofErr w:type="spellStart"/>
      <w:r>
        <w:t>imaginar</w:t>
      </w:r>
      <w:proofErr w:type="spellEnd"/>
      <w:r>
        <w:t xml:space="preserve"> o </w:t>
      </w:r>
      <w:proofErr w:type="spellStart"/>
      <w:r>
        <w:t>conhecimento</w:t>
      </w:r>
      <w:proofErr w:type="spellEnd"/>
      <w:r>
        <w:t xml:space="preserve"> do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enciclopédia</w:t>
      </w:r>
      <w:proofErr w:type="spellEnd"/>
      <w:r>
        <w:t xml:space="preserve"> interna com </w:t>
      </w:r>
      <w:proofErr w:type="spellStart"/>
      <w:r>
        <w:t>registros</w:t>
      </w:r>
      <w:proofErr w:type="spellEnd"/>
      <w:r>
        <w:t xml:space="preserve"> </w:t>
      </w:r>
      <w:proofErr w:type="spellStart"/>
      <w:r>
        <w:t>perfeitamente</w:t>
      </w:r>
      <w:proofErr w:type="spellEnd"/>
      <w:r>
        <w:t xml:space="preserve"> </w:t>
      </w:r>
      <w:proofErr w:type="spellStart"/>
      <w:r>
        <w:t>localizáveis</w:t>
      </w:r>
      <w:proofErr w:type="spellEnd"/>
      <w:r>
        <w:t xml:space="preserve">. Essa </w:t>
      </w:r>
      <w:proofErr w:type="spellStart"/>
      <w:r>
        <w:t>imagem</w:t>
      </w:r>
      <w:proofErr w:type="spellEnd"/>
      <w:r>
        <w:t xml:space="preserve"> é </w:t>
      </w:r>
      <w:proofErr w:type="spellStart"/>
      <w:r>
        <w:t>inadequada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</w:t>
      </w:r>
      <w:proofErr w:type="spellStart"/>
      <w:r>
        <w:t>aprendidos</w:t>
      </w:r>
      <w:proofErr w:type="spellEnd"/>
      <w:r>
        <w:t xml:space="preserve"> </w:t>
      </w:r>
      <w:proofErr w:type="spellStart"/>
      <w:r>
        <w:t>estão</w:t>
      </w:r>
      <w:proofErr w:type="spellEnd"/>
      <w:r>
        <w:t xml:space="preserve"> </w:t>
      </w:r>
      <w:proofErr w:type="spellStart"/>
      <w:r>
        <w:t>distribuídos</w:t>
      </w:r>
      <w:proofErr w:type="spellEnd"/>
      <w:r>
        <w:t xml:space="preserve">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parâmetros</w:t>
      </w:r>
      <w:proofErr w:type="spellEnd"/>
      <w:r>
        <w:t xml:space="preserve"> e 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possuir</w:t>
      </w:r>
      <w:proofErr w:type="spellEnd"/>
      <w:r>
        <w:t xml:space="preserve"> </w:t>
      </w:r>
      <w:proofErr w:type="spellStart"/>
      <w:r>
        <w:t>acesso</w:t>
      </w:r>
      <w:proofErr w:type="spellEnd"/>
      <w:r>
        <w:t xml:space="preserve"> a </w:t>
      </w:r>
      <w:proofErr w:type="spellStart"/>
      <w:r>
        <w:t>acontecimentos</w:t>
      </w:r>
      <w:proofErr w:type="spellEnd"/>
      <w:r>
        <w:t xml:space="preserve"> </w:t>
      </w:r>
      <w:proofErr w:type="spellStart"/>
      <w:r>
        <w:t>recentes</w:t>
      </w:r>
      <w:proofErr w:type="spellEnd"/>
      <w:r>
        <w:t xml:space="preserve">, </w:t>
      </w:r>
      <w:proofErr w:type="spellStart"/>
      <w:r>
        <w:t>documentos</w:t>
      </w:r>
      <w:proofErr w:type="spellEnd"/>
      <w:r>
        <w:t xml:space="preserve"> privados </w:t>
      </w:r>
      <w:proofErr w:type="spellStart"/>
      <w:r>
        <w:t>ou</w:t>
      </w:r>
      <w:proofErr w:type="spellEnd"/>
      <w:r>
        <w:t xml:space="preserve"> bases </w:t>
      </w:r>
      <w:proofErr w:type="spellStart"/>
      <w:r>
        <w:t>específicas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6923DC0C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2895238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LLM ≠ BANCO DE DADOS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LLM ≠ MECANISMO DE BUSCA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LLM ≠ ENCICLOPÉDIA INFALÍVEL</w:t>
            </w:r>
          </w:p>
        </w:tc>
      </w:tr>
    </w:tbl>
    <w:p w14:paraId="1FBDB0EC" w14:textId="77777777" w:rsidR="00323453" w:rsidRDefault="00000000">
      <w:pPr>
        <w:pStyle w:val="IFSCorpo"/>
      </w:pPr>
      <w:r>
        <w:t xml:space="preserve">Imagine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instituição</w:t>
      </w:r>
      <w:proofErr w:type="spellEnd"/>
      <w:r>
        <w:t xml:space="preserve"> publique </w:t>
      </w:r>
      <w:proofErr w:type="spellStart"/>
      <w:r>
        <w:t>hoje</w:t>
      </w:r>
      <w:proofErr w:type="spellEnd"/>
      <w:r>
        <w:t xml:space="preserve"> um novo </w:t>
      </w:r>
      <w:proofErr w:type="spellStart"/>
      <w:r>
        <w:t>regulamento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. Um LLM </w:t>
      </w:r>
      <w:proofErr w:type="spellStart"/>
      <w:r>
        <w:t>treinado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passa</w:t>
      </w:r>
      <w:proofErr w:type="spellEnd"/>
      <w:r>
        <w:t xml:space="preserve"> a </w:t>
      </w:r>
      <w:proofErr w:type="spellStart"/>
      <w:r>
        <w:t>conhecer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 xml:space="preserve"> esse </w:t>
      </w:r>
      <w:proofErr w:type="spellStart"/>
      <w:r>
        <w:t>documento</w:t>
      </w:r>
      <w:proofErr w:type="spellEnd"/>
      <w:r>
        <w:t xml:space="preserve">. Para responder </w:t>
      </w:r>
      <w:proofErr w:type="spellStart"/>
      <w:r>
        <w:t>utilizando</w:t>
      </w:r>
      <w:proofErr w:type="spellEnd"/>
      <w:r>
        <w:t xml:space="preserve"> </w:t>
      </w:r>
      <w:proofErr w:type="spellStart"/>
      <w:r>
        <w:t>informação</w:t>
      </w:r>
      <w:proofErr w:type="spellEnd"/>
      <w:r>
        <w:t xml:space="preserve"> externa,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conectar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 xml:space="preserve"> a </w:t>
      </w:r>
      <w:proofErr w:type="spellStart"/>
      <w:r>
        <w:t>mecanismos</w:t>
      </w:r>
      <w:proofErr w:type="spellEnd"/>
      <w:r>
        <w:t xml:space="preserve"> de </w:t>
      </w:r>
      <w:proofErr w:type="spellStart"/>
      <w:r>
        <w:t>recuperação</w:t>
      </w:r>
      <w:proofErr w:type="spellEnd"/>
      <w:r>
        <w:t xml:space="preserve"> de </w:t>
      </w:r>
      <w:proofErr w:type="spellStart"/>
      <w:r>
        <w:t>conteúdo</w:t>
      </w:r>
      <w:proofErr w:type="spellEnd"/>
      <w:r>
        <w:t>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69E10D62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4B39222E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Semente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aula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futura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RAG (Retrieval-Augmented Generation)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combina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recuperação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informação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com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geração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Em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vez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exigir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todo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conhecimento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esteja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parâmetros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buscar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trechos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relevantes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documentos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entregá-los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contexto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60EE2700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79CB5E29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lastRenderedPageBreak/>
              <w:t>QUESTÃO 14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Uma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empresa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manual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interno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criado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ontem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deseja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responda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perguntas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utilizando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esse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documento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afirmação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adequada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09E84AE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Podemos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presumir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já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conhece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obrigatoriamente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documento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2F8D3025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necessariamente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completamente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do zero.</w:t>
            </w:r>
          </w:p>
          <w:p w14:paraId="567CBAD4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Podemos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fornecer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forma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acessar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esse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conhecimento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externo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algo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estudaremos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posteriormente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com RAG.</w:t>
            </w:r>
          </w:p>
          <w:p w14:paraId="0A184A7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LLMs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conseguem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utilizar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documentos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5F456D39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2B5B0E6E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C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RAG é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das formas de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conectar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conhecimento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externo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atualizado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evita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falsa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escolha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entre “o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modelo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já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sabe” e “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treiná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-lo do zero”.</w:t>
            </w:r>
          </w:p>
        </w:tc>
      </w:tr>
    </w:tbl>
    <w:p w14:paraId="057C06B1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6C70C812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21965C2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16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23617275" w14:textId="77777777" w:rsidR="00323453" w:rsidRDefault="00000000">
            <w:pPr>
              <w:pStyle w:val="IFSTituloPrincipal"/>
            </w:pPr>
            <w:bookmarkStart w:id="15" w:name="bm_main_16"/>
            <w:r>
              <w:t>UMA QUESTÃO EM ABERTO: A IA ENTENDE?</w:t>
            </w:r>
            <w:bookmarkEnd w:id="15"/>
          </w:p>
        </w:tc>
      </w:tr>
    </w:tbl>
    <w:p w14:paraId="3DB85C04" w14:textId="77777777" w:rsidR="00323453" w:rsidRDefault="00323453">
      <w:pPr>
        <w:pStyle w:val="IFSCorpo"/>
        <w:spacing w:after="180" w:line="20" w:lineRule="exact"/>
      </w:pPr>
    </w:p>
    <w:p w14:paraId="64AEDA7F" w14:textId="77777777" w:rsidR="00323453" w:rsidRDefault="00000000">
      <w:pPr>
        <w:pStyle w:val="IFSCorpo"/>
      </w:pPr>
      <w:r>
        <w:t xml:space="preserve">Se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consegue</w:t>
      </w:r>
      <w:proofErr w:type="spellEnd"/>
      <w:r>
        <w:t xml:space="preserve"> </w:t>
      </w:r>
      <w:proofErr w:type="spellStart"/>
      <w:r>
        <w:t>explicar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, </w:t>
      </w:r>
      <w:proofErr w:type="spellStart"/>
      <w:r>
        <w:t>escrever</w:t>
      </w:r>
      <w:proofErr w:type="spellEnd"/>
      <w:r>
        <w:t xml:space="preserve"> </w:t>
      </w:r>
      <w:proofErr w:type="spellStart"/>
      <w:r>
        <w:t>código</w:t>
      </w:r>
      <w:proofErr w:type="spellEnd"/>
      <w:r>
        <w:t xml:space="preserve">, </w:t>
      </w:r>
      <w:proofErr w:type="spellStart"/>
      <w:r>
        <w:t>traduzir</w:t>
      </w:r>
      <w:proofErr w:type="spellEnd"/>
      <w:r>
        <w:t xml:space="preserve"> </w:t>
      </w:r>
      <w:proofErr w:type="spellStart"/>
      <w:r>
        <w:t>textos</w:t>
      </w:r>
      <w:proofErr w:type="spellEnd"/>
      <w:r>
        <w:t xml:space="preserve"> e </w:t>
      </w:r>
      <w:proofErr w:type="spellStart"/>
      <w:r>
        <w:t>discutir</w:t>
      </w:r>
      <w:proofErr w:type="spellEnd"/>
      <w:r>
        <w:t xml:space="preserve"> </w:t>
      </w:r>
      <w:proofErr w:type="spellStart"/>
      <w:r>
        <w:t>filosofia</w:t>
      </w:r>
      <w:proofErr w:type="spellEnd"/>
      <w:r>
        <w:t xml:space="preserve">,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afirmar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entende</w:t>
      </w:r>
      <w:proofErr w:type="spellEnd"/>
      <w:r>
        <w:t xml:space="preserve"> </w:t>
      </w:r>
      <w:proofErr w:type="spellStart"/>
      <w:r>
        <w:t>essas</w:t>
      </w:r>
      <w:proofErr w:type="spellEnd"/>
      <w:r>
        <w:t xml:space="preserve"> </w:t>
      </w:r>
      <w:proofErr w:type="spellStart"/>
      <w:r>
        <w:t>coisas</w:t>
      </w:r>
      <w:proofErr w:type="spellEnd"/>
      <w:r>
        <w:t xml:space="preserve">? Essa </w:t>
      </w:r>
      <w:proofErr w:type="spellStart"/>
      <w:r>
        <w:t>pergunta</w:t>
      </w:r>
      <w:proofErr w:type="spellEnd"/>
      <w:r>
        <w:t xml:space="preserve"> </w:t>
      </w:r>
      <w:proofErr w:type="spellStart"/>
      <w:r>
        <w:t>atravessa</w:t>
      </w:r>
      <w:proofErr w:type="spellEnd"/>
      <w:r>
        <w:t xml:space="preserve"> </w:t>
      </w:r>
      <w:proofErr w:type="spellStart"/>
      <w:r>
        <w:t>Ciência</w:t>
      </w:r>
      <w:proofErr w:type="spellEnd"/>
      <w:r>
        <w:t xml:space="preserve"> da Computação, Filosofia da Mente, </w:t>
      </w:r>
      <w:proofErr w:type="spellStart"/>
      <w:r>
        <w:t>Linguística</w:t>
      </w:r>
      <w:proofErr w:type="spellEnd"/>
      <w:r>
        <w:t xml:space="preserve"> e </w:t>
      </w:r>
      <w:proofErr w:type="spellStart"/>
      <w:r>
        <w:t>Ciências</w:t>
      </w:r>
      <w:proofErr w:type="spellEnd"/>
      <w:r>
        <w:t xml:space="preserve"> </w:t>
      </w:r>
      <w:proofErr w:type="spellStart"/>
      <w:r>
        <w:t>Cognitivas</w:t>
      </w:r>
      <w:proofErr w:type="spellEnd"/>
      <w:r>
        <w:t>.</w:t>
      </w:r>
    </w:p>
    <w:p w14:paraId="23011A32" w14:textId="77777777" w:rsidR="00323453" w:rsidRDefault="00000000">
      <w:pPr>
        <w:pStyle w:val="IFSCorpo"/>
      </w:pPr>
      <w:r>
        <w:t xml:space="preserve">Uma </w:t>
      </w:r>
      <w:proofErr w:type="spellStart"/>
      <w:r>
        <w:t>posição</w:t>
      </w:r>
      <w:proofErr w:type="spellEnd"/>
      <w:r>
        <w:t xml:space="preserve"> </w:t>
      </w:r>
      <w:proofErr w:type="spellStart"/>
      <w:r>
        <w:t>funcional</w:t>
      </w:r>
      <w:proofErr w:type="spellEnd"/>
      <w:r>
        <w:t xml:space="preserve"> </w:t>
      </w:r>
      <w:proofErr w:type="spellStart"/>
      <w:r>
        <w:t>enfatiza</w:t>
      </w:r>
      <w:proofErr w:type="spellEnd"/>
      <w:r>
        <w:t xml:space="preserve"> o </w:t>
      </w:r>
      <w:proofErr w:type="spellStart"/>
      <w:r>
        <w:t>comportamento</w:t>
      </w:r>
      <w:proofErr w:type="spellEnd"/>
      <w:r>
        <w:t xml:space="preserve">: se o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consegue</w:t>
      </w:r>
      <w:proofErr w:type="spellEnd"/>
      <w:r>
        <w:t xml:space="preserve"> </w:t>
      </w:r>
      <w:proofErr w:type="spellStart"/>
      <w:r>
        <w:t>aplicar</w:t>
      </w:r>
      <w:proofErr w:type="spellEnd"/>
      <w:r>
        <w:t xml:space="preserve"> </w:t>
      </w:r>
      <w:proofErr w:type="spellStart"/>
      <w:r>
        <w:t>conceitos</w:t>
      </w:r>
      <w:proofErr w:type="spellEnd"/>
      <w:r>
        <w:t xml:space="preserve">, resolver </w:t>
      </w:r>
      <w:proofErr w:type="spellStart"/>
      <w:r>
        <w:t>problemas</w:t>
      </w:r>
      <w:proofErr w:type="spellEnd"/>
      <w:r>
        <w:t xml:space="preserve"> e responder </w:t>
      </w:r>
      <w:proofErr w:type="spellStart"/>
      <w:r>
        <w:t>adequadamente</w:t>
      </w:r>
      <w:proofErr w:type="spellEnd"/>
      <w:r>
        <w:t xml:space="preserve">, </w:t>
      </w:r>
      <w:proofErr w:type="spellStart"/>
      <w:r>
        <w:t>talvez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útil</w:t>
      </w:r>
      <w:proofErr w:type="spellEnd"/>
      <w:r>
        <w:t xml:space="preserve"> </w:t>
      </w:r>
      <w:proofErr w:type="spellStart"/>
      <w:r>
        <w:t>falar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algum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compreensão</w:t>
      </w:r>
      <w:proofErr w:type="spellEnd"/>
      <w:r>
        <w:t xml:space="preserve"> </w:t>
      </w:r>
      <w:proofErr w:type="spellStart"/>
      <w:r>
        <w:t>operacional</w:t>
      </w:r>
      <w:proofErr w:type="spellEnd"/>
      <w:r>
        <w:t xml:space="preserve">. Uma </w:t>
      </w:r>
      <w:proofErr w:type="spellStart"/>
      <w:r>
        <w:t>posição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crítica</w:t>
      </w:r>
      <w:proofErr w:type="spellEnd"/>
      <w:r>
        <w:t xml:space="preserve"> </w:t>
      </w:r>
      <w:proofErr w:type="spellStart"/>
      <w:r>
        <w:t>lembra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</w:t>
      </w:r>
      <w:proofErr w:type="spellStart"/>
      <w:r>
        <w:t>linguístico</w:t>
      </w:r>
      <w:proofErr w:type="spellEnd"/>
      <w:r>
        <w:t xml:space="preserve"> </w:t>
      </w:r>
      <w:proofErr w:type="spellStart"/>
      <w:r>
        <w:t>sofisticado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prova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só</w:t>
      </w:r>
      <w:proofErr w:type="spellEnd"/>
      <w:r>
        <w:t xml:space="preserve">, </w:t>
      </w:r>
      <w:proofErr w:type="spellStart"/>
      <w:r>
        <w:t>consciência</w:t>
      </w:r>
      <w:proofErr w:type="spellEnd"/>
      <w:r>
        <w:t xml:space="preserve">, </w:t>
      </w:r>
      <w:proofErr w:type="spellStart"/>
      <w:r>
        <w:t>intenção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experiência</w:t>
      </w:r>
      <w:proofErr w:type="spellEnd"/>
      <w:r>
        <w:t xml:space="preserve"> </w:t>
      </w:r>
      <w:proofErr w:type="spellStart"/>
      <w:r>
        <w:t>subjetiva</w:t>
      </w:r>
      <w:proofErr w:type="spellEnd"/>
      <w:r>
        <w:t xml:space="preserve"> </w:t>
      </w:r>
      <w:proofErr w:type="spellStart"/>
      <w:r>
        <w:t>semelhante</w:t>
      </w:r>
      <w:proofErr w:type="spellEnd"/>
      <w:r>
        <w:t xml:space="preserve"> à humana.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23453" w14:paraId="27C72317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7C56C4C1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Postura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adotada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disciplina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precisamos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resolver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filosófica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consciência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para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estudar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IA. Podemos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investigar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objetivamente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suas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capacidades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limitações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arquitetura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desempenho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erros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segurança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utilidade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789BC5F1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1D99F051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 15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Se um LLM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explicação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perfeita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sobre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determinado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assunto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qual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conclusão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afirmar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com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segurança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?</w:t>
            </w:r>
          </w:p>
          <w:p w14:paraId="35A5076D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A)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definitivamente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ele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possui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consciência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171ABCB0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B)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prova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definitivamente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ele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compreende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assunto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exatamente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um ser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humano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77C5687A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C) Podemos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afirmar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produziu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adequada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mas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isso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isoladamente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,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resolve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filosófica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sobre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compreensão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ou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consciência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  <w:p w14:paraId="6B460787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D)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Nenhum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sistema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computacional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consegue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produzir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explicação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correta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  <w:tr w:rsidR="00323453" w14:paraId="7469EFB8" w14:textId="77777777">
        <w:trPr>
          <w:cantSplit/>
          <w:tblHeader/>
          <w:jc w:val="center"/>
        </w:trPr>
        <w:tc>
          <w:tcPr>
            <w:tcW w:w="9581" w:type="dxa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B05B128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Comentário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• Alternativa C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desempenho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observável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é algo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podemos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medir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Consciência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e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compreensão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humana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envolvem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questões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adicionais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resolvidas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apenas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por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uma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resposta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linguisticamente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correta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. Manter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essa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distinção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ajuda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analisar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IA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sem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subestimá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-la nem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atribuir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ela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capacidades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que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não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foram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demonstradas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.</w:t>
            </w:r>
          </w:p>
        </w:tc>
      </w:tr>
    </w:tbl>
    <w:p w14:paraId="1F1E5BC9" w14:textId="77777777" w:rsidR="00323453" w:rsidRDefault="00323453"/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761881D5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6AB3DDE5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17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11549D05" w14:textId="77777777" w:rsidR="00323453" w:rsidRDefault="00000000">
            <w:pPr>
              <w:pStyle w:val="IFSTituloPrincipal"/>
            </w:pPr>
            <w:bookmarkStart w:id="16" w:name="bm_main_17"/>
            <w:r>
              <w:t>MAPA CONCEITUAL DA AULA 01</w:t>
            </w:r>
            <w:bookmarkEnd w:id="16"/>
          </w:p>
        </w:tc>
      </w:tr>
    </w:tbl>
    <w:p w14:paraId="2539D15A" w14:textId="77777777" w:rsidR="00323453" w:rsidRDefault="00323453">
      <w:pPr>
        <w:pStyle w:val="IFSCorpo"/>
        <w:spacing w:after="180" w:line="20" w:lineRule="exact"/>
      </w:pP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8872"/>
        <w:gridCol w:w="89"/>
      </w:tblGrid>
      <w:tr w:rsidR="00323453" w14:paraId="2FA27012" w14:textId="77777777">
        <w:trPr>
          <w:gridAfter w:val="1"/>
          <w:wAfter w:w="90" w:type="dxa"/>
          <w:cantSplit/>
          <w:tblHeader/>
          <w:jc w:val="center"/>
        </w:trPr>
        <w:tc>
          <w:tcPr>
            <w:tcW w:w="9581" w:type="dxa"/>
            <w:gridSpan w:val="2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36211EAC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lastRenderedPageBreak/>
              <w:t>DADOS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TREINAMENTO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AJUSTE DE PARÂMETROS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MODELO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┌────────────────────────┐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│ DISCRIMINATIVO /       │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│ GENERATIVO             │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└────────────────────────┘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PROMPT + CONTEXTO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INFERÊNCIA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SAÍDA / PREVISÃO</w:t>
            </w:r>
          </w:p>
        </w:tc>
      </w:tr>
      <w:tr w:rsidR="00323453" w14:paraId="042AA701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5B2363D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18</w:t>
            </w:r>
          </w:p>
        </w:tc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20D77184" w14:textId="77777777" w:rsidR="00323453" w:rsidRDefault="00000000">
            <w:pPr>
              <w:pStyle w:val="IFSTituloPrincipal"/>
            </w:pPr>
            <w:bookmarkStart w:id="17" w:name="bm_main_18"/>
            <w:r>
              <w:t>RESUMO EM 10 IDEIAS</w:t>
            </w:r>
            <w:bookmarkEnd w:id="17"/>
          </w:p>
        </w:tc>
      </w:tr>
    </w:tbl>
    <w:p w14:paraId="735580DD" w14:textId="77777777" w:rsidR="00323453" w:rsidRDefault="00323453">
      <w:pPr>
        <w:pStyle w:val="IFSCorpo"/>
        <w:spacing w:after="180" w:line="20" w:lineRule="exact"/>
      </w:pPr>
    </w:p>
    <w:p w14:paraId="323DA4A2" w14:textId="77777777" w:rsidR="00323453" w:rsidRDefault="00000000">
      <w:pPr>
        <w:pStyle w:val="IFSLista"/>
      </w:pPr>
      <w:r>
        <w:t xml:space="preserve">Na </w:t>
      </w:r>
      <w:proofErr w:type="spellStart"/>
      <w:r>
        <w:t>programação</w:t>
      </w:r>
      <w:proofErr w:type="spellEnd"/>
      <w:r>
        <w:t xml:space="preserve"> </w:t>
      </w:r>
      <w:proofErr w:type="spellStart"/>
      <w:r>
        <w:t>tradicional</w:t>
      </w:r>
      <w:proofErr w:type="spellEnd"/>
      <w:r>
        <w:t xml:space="preserve">, as </w:t>
      </w:r>
      <w:proofErr w:type="spellStart"/>
      <w:r>
        <w:t>regras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explicitadas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programador</w:t>
      </w:r>
      <w:proofErr w:type="spellEnd"/>
      <w:r>
        <w:t xml:space="preserve">; </w:t>
      </w:r>
      <w:proofErr w:type="spellStart"/>
      <w:r>
        <w:t>em</w:t>
      </w:r>
      <w:proofErr w:type="spellEnd"/>
      <w:r>
        <w:t xml:space="preserve"> Machine Learning,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aprende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 dados.</w:t>
      </w:r>
    </w:p>
    <w:p w14:paraId="01E1A88E" w14:textId="77777777" w:rsidR="00323453" w:rsidRDefault="00000000">
      <w:pPr>
        <w:pStyle w:val="IFSLista"/>
      </w:pPr>
      <w:r>
        <w:t xml:space="preserve">Um </w:t>
      </w:r>
      <w:proofErr w:type="spellStart"/>
      <w:r>
        <w:t>modelo</w:t>
      </w:r>
      <w:proofErr w:type="spellEnd"/>
      <w:r>
        <w:t xml:space="preserve">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representação</w:t>
      </w:r>
      <w:proofErr w:type="spellEnd"/>
      <w:r>
        <w:t xml:space="preserve"> </w:t>
      </w:r>
      <w:proofErr w:type="spellStart"/>
      <w:r>
        <w:t>matemática</w:t>
      </w:r>
      <w:proofErr w:type="spellEnd"/>
      <w:r>
        <w:t xml:space="preserve"> </w:t>
      </w:r>
      <w:proofErr w:type="spellStart"/>
      <w:r>
        <w:t>ajustada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exemplos</w:t>
      </w:r>
      <w:proofErr w:type="spellEnd"/>
      <w:r>
        <w:t>.</w:t>
      </w:r>
    </w:p>
    <w:p w14:paraId="490C10EC" w14:textId="77777777" w:rsidR="00323453" w:rsidRDefault="00000000">
      <w:pPr>
        <w:pStyle w:val="IFSLista"/>
      </w:pPr>
      <w:proofErr w:type="spellStart"/>
      <w:r>
        <w:t>Parâmetros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internos</w:t>
      </w:r>
      <w:proofErr w:type="spellEnd"/>
      <w:r>
        <w:t xml:space="preserve"> </w:t>
      </w:r>
      <w:proofErr w:type="spellStart"/>
      <w:r>
        <w:t>modificados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o </w:t>
      </w:r>
      <w:proofErr w:type="spellStart"/>
      <w:r>
        <w:t>treinamento</w:t>
      </w:r>
      <w:proofErr w:type="spellEnd"/>
      <w:r>
        <w:t>.</w:t>
      </w:r>
    </w:p>
    <w:p w14:paraId="6EF2168F" w14:textId="77777777" w:rsidR="00323453" w:rsidRDefault="00000000">
      <w:pPr>
        <w:pStyle w:val="IFSLista"/>
      </w:pPr>
      <w:proofErr w:type="spellStart"/>
      <w:r>
        <w:t>Generalização</w:t>
      </w:r>
      <w:proofErr w:type="spellEnd"/>
      <w:r>
        <w:t xml:space="preserve"> é a </w:t>
      </w:r>
      <w:proofErr w:type="spellStart"/>
      <w:r>
        <w:t>capacidade</w:t>
      </w:r>
      <w:proofErr w:type="spellEnd"/>
      <w:r>
        <w:t xml:space="preserve"> de </w:t>
      </w:r>
      <w:proofErr w:type="spellStart"/>
      <w:r>
        <w:t>funcionar</w:t>
      </w:r>
      <w:proofErr w:type="spellEnd"/>
      <w:r>
        <w:t xml:space="preserve"> </w:t>
      </w:r>
      <w:proofErr w:type="spellStart"/>
      <w:r>
        <w:t>adequadamente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dados </w:t>
      </w:r>
      <w:proofErr w:type="spellStart"/>
      <w:r>
        <w:t>novos</w:t>
      </w:r>
      <w:proofErr w:type="spellEnd"/>
      <w:r>
        <w:t>.</w:t>
      </w:r>
    </w:p>
    <w:p w14:paraId="58586136" w14:textId="77777777" w:rsidR="00323453" w:rsidRDefault="00000000">
      <w:pPr>
        <w:pStyle w:val="IFSLista"/>
      </w:pPr>
      <w:proofErr w:type="spellStart"/>
      <w:r>
        <w:t>Modelos</w:t>
      </w:r>
      <w:proofErr w:type="spellEnd"/>
      <w:r>
        <w:t xml:space="preserve"> </w:t>
      </w:r>
      <w:proofErr w:type="spellStart"/>
      <w:r>
        <w:t>discriminativos</w:t>
      </w:r>
      <w:proofErr w:type="spellEnd"/>
      <w:r>
        <w:t xml:space="preserve"> </w:t>
      </w:r>
      <w:proofErr w:type="spellStart"/>
      <w:r>
        <w:t>classificam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distinguem</w:t>
      </w:r>
      <w:proofErr w:type="spellEnd"/>
      <w:r>
        <w:t xml:space="preserve">;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generativos</w:t>
      </w:r>
      <w:proofErr w:type="spellEnd"/>
      <w:r>
        <w:t xml:space="preserve"> </w:t>
      </w:r>
      <w:proofErr w:type="spellStart"/>
      <w:r>
        <w:t>produzem</w:t>
      </w:r>
      <w:proofErr w:type="spellEnd"/>
      <w:r>
        <w:t xml:space="preserve"> </w:t>
      </w:r>
      <w:proofErr w:type="spellStart"/>
      <w:r>
        <w:t>novos</w:t>
      </w:r>
      <w:proofErr w:type="spellEnd"/>
      <w:r>
        <w:t xml:space="preserve"> dados.</w:t>
      </w:r>
    </w:p>
    <w:p w14:paraId="519638CC" w14:textId="77777777" w:rsidR="00323453" w:rsidRDefault="00000000">
      <w:pPr>
        <w:pStyle w:val="IFSLista"/>
      </w:pPr>
      <w:proofErr w:type="spellStart"/>
      <w:r>
        <w:t>Treinamento</w:t>
      </w:r>
      <w:proofErr w:type="spellEnd"/>
      <w:r>
        <w:t xml:space="preserve"> </w:t>
      </w:r>
      <w:proofErr w:type="spellStart"/>
      <w:r>
        <w:t>ajusta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 xml:space="preserve">; </w:t>
      </w:r>
      <w:proofErr w:type="spellStart"/>
      <w:r>
        <w:t>inferência</w:t>
      </w:r>
      <w:proofErr w:type="spellEnd"/>
      <w:r>
        <w:t xml:space="preserve"> </w:t>
      </w:r>
      <w:proofErr w:type="spellStart"/>
      <w:r>
        <w:t>utiliza</w:t>
      </w:r>
      <w:proofErr w:type="spellEnd"/>
      <w:r>
        <w:t xml:space="preserve"> o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treinado</w:t>
      </w:r>
      <w:proofErr w:type="spellEnd"/>
      <w:r>
        <w:t>.</w:t>
      </w:r>
    </w:p>
    <w:p w14:paraId="0B0DBE55" w14:textId="77777777" w:rsidR="00323453" w:rsidRDefault="00000000">
      <w:pPr>
        <w:pStyle w:val="IFSLista"/>
      </w:pPr>
      <w:r>
        <w:t>Pré-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cria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base </w:t>
      </w:r>
      <w:proofErr w:type="spellStart"/>
      <w:r>
        <w:t>ampla</w:t>
      </w:r>
      <w:proofErr w:type="spellEnd"/>
      <w:r>
        <w:t xml:space="preserve">; fine-tuning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adaptação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>.</w:t>
      </w:r>
    </w:p>
    <w:p w14:paraId="294B7CA6" w14:textId="77777777" w:rsidR="00323453" w:rsidRDefault="00000000">
      <w:pPr>
        <w:pStyle w:val="IFSLista"/>
      </w:pPr>
      <w:r>
        <w:t xml:space="preserve">Um prompt </w:t>
      </w:r>
      <w:proofErr w:type="spellStart"/>
      <w:r>
        <w:t>orienta</w:t>
      </w:r>
      <w:proofErr w:type="spellEnd"/>
      <w:r>
        <w:t xml:space="preserve"> a </w:t>
      </w:r>
      <w:proofErr w:type="spellStart"/>
      <w:r>
        <w:t>inferência</w:t>
      </w:r>
      <w:proofErr w:type="spellEnd"/>
      <w:r>
        <w:t xml:space="preserve">, mas </w:t>
      </w:r>
      <w:proofErr w:type="spellStart"/>
      <w:r>
        <w:t>não</w:t>
      </w:r>
      <w:proofErr w:type="spellEnd"/>
      <w:r>
        <w:t xml:space="preserve"> equivale </w:t>
      </w:r>
      <w:proofErr w:type="spellStart"/>
      <w:r>
        <w:t>necessariamente</w:t>
      </w:r>
      <w:proofErr w:type="spellEnd"/>
      <w:r>
        <w:t xml:space="preserve"> a </w:t>
      </w:r>
      <w:proofErr w:type="spellStart"/>
      <w:r>
        <w:t>treinamento</w:t>
      </w:r>
      <w:proofErr w:type="spellEnd"/>
      <w:r>
        <w:t>.</w:t>
      </w:r>
    </w:p>
    <w:p w14:paraId="4FF9C7DE" w14:textId="77777777" w:rsidR="00323453" w:rsidRDefault="00000000">
      <w:pPr>
        <w:pStyle w:val="IFSLista"/>
      </w:pPr>
      <w:r>
        <w:t xml:space="preserve">Foundation Models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servir</w:t>
      </w:r>
      <w:proofErr w:type="spellEnd"/>
      <w:r>
        <w:t xml:space="preserve"> de base para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tarefas</w:t>
      </w:r>
      <w:proofErr w:type="spellEnd"/>
      <w:r>
        <w:t xml:space="preserve"> e </w:t>
      </w:r>
      <w:proofErr w:type="spellStart"/>
      <w:r>
        <w:t>aplicações</w:t>
      </w:r>
      <w:proofErr w:type="spellEnd"/>
      <w:r>
        <w:t>.</w:t>
      </w:r>
    </w:p>
    <w:p w14:paraId="3C756824" w14:textId="77777777" w:rsidR="00323453" w:rsidRDefault="00000000">
      <w:pPr>
        <w:pStyle w:val="IFSLista"/>
      </w:pPr>
      <w:r>
        <w:t xml:space="preserve">LLMs </w:t>
      </w:r>
      <w:proofErr w:type="spellStart"/>
      <w:r>
        <w:t>geram</w:t>
      </w:r>
      <w:proofErr w:type="spellEnd"/>
      <w:r>
        <w:t xml:space="preserve"> </w:t>
      </w:r>
      <w:proofErr w:type="spellStart"/>
      <w:r>
        <w:t>probabilisticamente</w:t>
      </w:r>
      <w:proofErr w:type="spellEnd"/>
      <w:r>
        <w:t xml:space="preserve"> e,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isso</w:t>
      </w:r>
      <w:proofErr w:type="spellEnd"/>
      <w:r>
        <w:t xml:space="preserve">, </w:t>
      </w:r>
      <w:proofErr w:type="spellStart"/>
      <w:r>
        <w:t>fluência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garante</w:t>
      </w:r>
      <w:proofErr w:type="spellEnd"/>
      <w:r>
        <w:t xml:space="preserve"> </w:t>
      </w:r>
      <w:proofErr w:type="spellStart"/>
      <w:r>
        <w:t>verdade</w:t>
      </w:r>
      <w:proofErr w:type="spellEnd"/>
      <w:r>
        <w:t xml:space="preserve">: </w:t>
      </w:r>
      <w:proofErr w:type="spellStart"/>
      <w:r>
        <w:t>alucinações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um </w:t>
      </w:r>
      <w:proofErr w:type="spellStart"/>
      <w:r>
        <w:t>risco</w:t>
      </w:r>
      <w:proofErr w:type="spellEnd"/>
      <w:r>
        <w:t xml:space="preserve"> real.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518B4F77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7F28F468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19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13536FC" w14:textId="77777777" w:rsidR="00323453" w:rsidRDefault="00000000">
            <w:pPr>
              <w:pStyle w:val="IFSTituloPrincipal"/>
            </w:pPr>
            <w:bookmarkStart w:id="18" w:name="bm_main_19"/>
            <w:r>
              <w:t>REVISÃO RÁPIDA: TENTE RESPONDER SEM CONSULTAR AS PÁGINAS ANTERIORES</w:t>
            </w:r>
            <w:bookmarkEnd w:id="18"/>
          </w:p>
        </w:tc>
      </w:tr>
    </w:tbl>
    <w:p w14:paraId="687473FA" w14:textId="77777777" w:rsidR="00323453" w:rsidRDefault="00323453">
      <w:pPr>
        <w:pStyle w:val="IFSCorpo"/>
        <w:spacing w:after="180" w:line="20" w:lineRule="exact"/>
      </w:pPr>
    </w:p>
    <w:p w14:paraId="56921F4D" w14:textId="77777777" w:rsidR="00323453" w:rsidRDefault="00000000">
      <w:pPr>
        <w:pStyle w:val="IFSCorpo"/>
      </w:pPr>
      <w:r>
        <w:rPr>
          <w:b/>
        </w:rPr>
        <w:t xml:space="preserve">1. </w:t>
      </w:r>
      <w:r>
        <w:t xml:space="preserve">Qual é a </w:t>
      </w:r>
      <w:proofErr w:type="spellStart"/>
      <w:r>
        <w:t>diferença</w:t>
      </w:r>
      <w:proofErr w:type="spellEnd"/>
      <w:r>
        <w:t xml:space="preserve"> </w:t>
      </w:r>
      <w:proofErr w:type="spellStart"/>
      <w:r>
        <w:t>essencial</w:t>
      </w:r>
      <w:proofErr w:type="spellEnd"/>
      <w:r>
        <w:t xml:space="preserve"> entre </w:t>
      </w:r>
      <w:proofErr w:type="spellStart"/>
      <w:r>
        <w:t>programação</w:t>
      </w:r>
      <w:proofErr w:type="spellEnd"/>
      <w:r>
        <w:t xml:space="preserve"> </w:t>
      </w:r>
      <w:proofErr w:type="spellStart"/>
      <w:r>
        <w:t>tradicional</w:t>
      </w:r>
      <w:proofErr w:type="spellEnd"/>
      <w:r>
        <w:t xml:space="preserve"> e Machine Learning?</w:t>
      </w:r>
    </w:p>
    <w:p w14:paraId="3EC7B2E0" w14:textId="77777777" w:rsidR="00323453" w:rsidRDefault="00000000">
      <w:pPr>
        <w:pStyle w:val="IFSCorpo"/>
      </w:pPr>
      <w:r>
        <w:rPr>
          <w:b/>
        </w:rPr>
        <w:t xml:space="preserve">2. </w:t>
      </w:r>
      <w:r>
        <w:t xml:space="preserve">O </w:t>
      </w:r>
      <w:proofErr w:type="spellStart"/>
      <w:r>
        <w:t>que</w:t>
      </w:r>
      <w:proofErr w:type="spellEnd"/>
      <w:r>
        <w:t xml:space="preserve"> é um </w:t>
      </w:r>
      <w:proofErr w:type="spellStart"/>
      <w:r>
        <w:t>parâmetro</w:t>
      </w:r>
      <w:proofErr w:type="spellEnd"/>
      <w:r>
        <w:t>?</w:t>
      </w:r>
    </w:p>
    <w:p w14:paraId="0E26166B" w14:textId="77777777" w:rsidR="00323453" w:rsidRDefault="00000000">
      <w:pPr>
        <w:pStyle w:val="IFSCorpo"/>
      </w:pPr>
      <w:r>
        <w:rPr>
          <w:b/>
        </w:rPr>
        <w:t xml:space="preserve">3. </w:t>
      </w:r>
      <w:r>
        <w:t xml:space="preserve">Por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generalização</w:t>
      </w:r>
      <w:proofErr w:type="spellEnd"/>
      <w:r>
        <w:t xml:space="preserve"> é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do </w:t>
      </w:r>
      <w:proofErr w:type="spellStart"/>
      <w:r>
        <w:t>que</w:t>
      </w:r>
      <w:proofErr w:type="spellEnd"/>
      <w:r>
        <w:t xml:space="preserve"> simples </w:t>
      </w:r>
      <w:proofErr w:type="spellStart"/>
      <w:r>
        <w:t>memorização</w:t>
      </w:r>
      <w:proofErr w:type="spellEnd"/>
      <w:r>
        <w:t>?</w:t>
      </w:r>
    </w:p>
    <w:p w14:paraId="6636AE95" w14:textId="77777777" w:rsidR="00323453" w:rsidRDefault="00000000">
      <w:pPr>
        <w:pStyle w:val="IFSCorpo"/>
      </w:pPr>
      <w:r>
        <w:rPr>
          <w:b/>
        </w:rPr>
        <w:t xml:space="preserve">4. </w:t>
      </w:r>
      <w:proofErr w:type="spellStart"/>
      <w:r>
        <w:t>Dê</w:t>
      </w:r>
      <w:proofErr w:type="spellEnd"/>
      <w:r>
        <w:t xml:space="preserve"> um </w:t>
      </w:r>
      <w:proofErr w:type="spellStart"/>
      <w:r>
        <w:t>exemplo</w:t>
      </w:r>
      <w:proofErr w:type="spellEnd"/>
      <w:r>
        <w:t xml:space="preserve"> de </w:t>
      </w:r>
      <w:proofErr w:type="spellStart"/>
      <w:r>
        <w:t>tarefa</w:t>
      </w:r>
      <w:proofErr w:type="spellEnd"/>
      <w:r>
        <w:t xml:space="preserve"> </w:t>
      </w:r>
      <w:proofErr w:type="spellStart"/>
      <w:r>
        <w:t>discriminativa</w:t>
      </w:r>
      <w:proofErr w:type="spellEnd"/>
      <w:r>
        <w:t xml:space="preserve"> e um de </w:t>
      </w:r>
      <w:proofErr w:type="spellStart"/>
      <w:r>
        <w:t>tarefa</w:t>
      </w:r>
      <w:proofErr w:type="spellEnd"/>
      <w:r>
        <w:t xml:space="preserve"> </w:t>
      </w:r>
      <w:proofErr w:type="spellStart"/>
      <w:r>
        <w:t>generativa</w:t>
      </w:r>
      <w:proofErr w:type="spellEnd"/>
      <w:r>
        <w:t>.</w:t>
      </w:r>
    </w:p>
    <w:p w14:paraId="5AD46E4F" w14:textId="77777777" w:rsidR="00323453" w:rsidRDefault="00000000">
      <w:pPr>
        <w:pStyle w:val="IFSCorpo"/>
      </w:pPr>
      <w:r>
        <w:rPr>
          <w:b/>
        </w:rPr>
        <w:t xml:space="preserve">5. </w:t>
      </w:r>
      <w:r>
        <w:t xml:space="preserve">Qual é a </w:t>
      </w:r>
      <w:proofErr w:type="spellStart"/>
      <w:r>
        <w:t>diferença</w:t>
      </w:r>
      <w:proofErr w:type="spellEnd"/>
      <w:r>
        <w:t xml:space="preserve"> entre </w:t>
      </w:r>
      <w:proofErr w:type="spellStart"/>
      <w:r>
        <w:t>treinamento</w:t>
      </w:r>
      <w:proofErr w:type="spellEnd"/>
      <w:r>
        <w:t xml:space="preserve"> e </w:t>
      </w:r>
      <w:proofErr w:type="spellStart"/>
      <w:r>
        <w:t>inferência</w:t>
      </w:r>
      <w:proofErr w:type="spellEnd"/>
      <w:r>
        <w:t>?</w:t>
      </w:r>
    </w:p>
    <w:p w14:paraId="2298A0EC" w14:textId="77777777" w:rsidR="00323453" w:rsidRDefault="00000000">
      <w:pPr>
        <w:pStyle w:val="IFSCorpo"/>
      </w:pPr>
      <w:r>
        <w:rPr>
          <w:b/>
        </w:rPr>
        <w:t xml:space="preserve">6. </w:t>
      </w:r>
      <w:r>
        <w:t xml:space="preserve">Por </w:t>
      </w:r>
      <w:proofErr w:type="spellStart"/>
      <w:r>
        <w:t>que</w:t>
      </w:r>
      <w:proofErr w:type="spellEnd"/>
      <w:r>
        <w:t xml:space="preserve"> um prompt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ser </w:t>
      </w:r>
      <w:proofErr w:type="spellStart"/>
      <w:r>
        <w:t>confundido</w:t>
      </w:r>
      <w:proofErr w:type="spellEnd"/>
      <w:r>
        <w:t xml:space="preserve"> com fine-tuning?</w:t>
      </w:r>
    </w:p>
    <w:p w14:paraId="54623781" w14:textId="77777777" w:rsidR="00323453" w:rsidRDefault="00000000">
      <w:pPr>
        <w:pStyle w:val="IFSCorpo"/>
      </w:pPr>
      <w:r>
        <w:rPr>
          <w:b/>
        </w:rPr>
        <w:t xml:space="preserve">7. </w:t>
      </w:r>
      <w:r>
        <w:t xml:space="preserve">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caracteriza</w:t>
      </w:r>
      <w:proofErr w:type="spellEnd"/>
      <w:r>
        <w:t xml:space="preserve"> um Foundation Model?</w:t>
      </w:r>
    </w:p>
    <w:p w14:paraId="56F82B6D" w14:textId="77777777" w:rsidR="00323453" w:rsidRDefault="00000000">
      <w:pPr>
        <w:pStyle w:val="IFSCorpo"/>
      </w:pPr>
      <w:r>
        <w:rPr>
          <w:b/>
        </w:rPr>
        <w:lastRenderedPageBreak/>
        <w:t xml:space="preserve">8. </w:t>
      </w:r>
      <w:r>
        <w:t xml:space="preserve">Por </w:t>
      </w:r>
      <w:proofErr w:type="spellStart"/>
      <w:r>
        <w:t>que</w:t>
      </w:r>
      <w:proofErr w:type="spellEnd"/>
      <w:r>
        <w:t xml:space="preserve"> um LLM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gerar</w:t>
      </w:r>
      <w:proofErr w:type="spellEnd"/>
      <w:r>
        <w:t xml:space="preserve"> duas </w:t>
      </w:r>
      <w:proofErr w:type="spellStart"/>
      <w:r>
        <w:t>respostas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para a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pergunta</w:t>
      </w:r>
      <w:proofErr w:type="spellEnd"/>
      <w:r>
        <w:t>?</w:t>
      </w:r>
    </w:p>
    <w:p w14:paraId="09A6CD17" w14:textId="77777777" w:rsidR="00323453" w:rsidRDefault="00000000">
      <w:pPr>
        <w:pStyle w:val="IFSCorpo"/>
      </w:pPr>
      <w:r>
        <w:rPr>
          <w:b/>
        </w:rPr>
        <w:t xml:space="preserve">9. </w:t>
      </w:r>
      <w:r>
        <w:t xml:space="preserve">O </w:t>
      </w:r>
      <w:proofErr w:type="spellStart"/>
      <w:r>
        <w:t>que</w:t>
      </w:r>
      <w:proofErr w:type="spellEnd"/>
      <w:r>
        <w:t xml:space="preserve">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alucinação</w:t>
      </w:r>
      <w:proofErr w:type="spellEnd"/>
      <w:r>
        <w:t>?</w:t>
      </w:r>
    </w:p>
    <w:p w14:paraId="5F16B2B0" w14:textId="77777777" w:rsidR="00323453" w:rsidRDefault="00000000">
      <w:pPr>
        <w:pStyle w:val="IFSCorpo"/>
      </w:pPr>
      <w:r>
        <w:rPr>
          <w:b/>
        </w:rPr>
        <w:t xml:space="preserve">10. </w:t>
      </w:r>
      <w:r>
        <w:t xml:space="preserve">Por </w:t>
      </w:r>
      <w:proofErr w:type="spellStart"/>
      <w:r>
        <w:t>que</w:t>
      </w:r>
      <w:proofErr w:type="spellEnd"/>
      <w:r>
        <w:t xml:space="preserve"> um LLM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ser </w:t>
      </w:r>
      <w:proofErr w:type="spellStart"/>
      <w:r>
        <w:t>tratado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banco de dados </w:t>
      </w:r>
      <w:proofErr w:type="spellStart"/>
      <w:r>
        <w:t>infalível</w:t>
      </w:r>
      <w:proofErr w:type="spellEnd"/>
      <w:r>
        <w:t>?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957"/>
      </w:tblGrid>
      <w:tr w:rsidR="00323453" w14:paraId="2D42C37F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04D1E0C9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20</w:t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02A92024" w14:textId="77777777" w:rsidR="00323453" w:rsidRDefault="00000000">
            <w:pPr>
              <w:pStyle w:val="IFSTituloPrincipal"/>
            </w:pPr>
            <w:bookmarkStart w:id="19" w:name="bm_main_20"/>
            <w:r>
              <w:t>PONTE PARA A AULA 02</w:t>
            </w:r>
            <w:bookmarkEnd w:id="19"/>
          </w:p>
        </w:tc>
      </w:tr>
    </w:tbl>
    <w:p w14:paraId="75529E60" w14:textId="77777777" w:rsidR="00323453" w:rsidRDefault="00323453">
      <w:pPr>
        <w:pStyle w:val="IFSCorpo"/>
        <w:spacing w:after="180" w:line="20" w:lineRule="exact"/>
      </w:pPr>
    </w:p>
    <w:p w14:paraId="7D92C567" w14:textId="77777777" w:rsidR="00323453" w:rsidRDefault="00000000">
      <w:pPr>
        <w:pStyle w:val="IFSCorpo"/>
      </w:pPr>
      <w:r>
        <w:t xml:space="preserve">Agora </w:t>
      </w:r>
      <w:proofErr w:type="spellStart"/>
      <w:r>
        <w:t>sabemos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um LLM é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treinado</w:t>
      </w:r>
      <w:proofErr w:type="spellEnd"/>
      <w:r>
        <w:t xml:space="preserve">, </w:t>
      </w:r>
      <w:proofErr w:type="spellStart"/>
      <w:r>
        <w:t>composto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parâmetros</w:t>
      </w:r>
      <w:proofErr w:type="spellEnd"/>
      <w:r>
        <w:t xml:space="preserve"> e </w:t>
      </w:r>
      <w:proofErr w:type="spellStart"/>
      <w:r>
        <w:t>capaz</w:t>
      </w:r>
      <w:proofErr w:type="spellEnd"/>
      <w:r>
        <w:t xml:space="preserve"> de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saídas</w:t>
      </w:r>
      <w:proofErr w:type="spellEnd"/>
      <w:r>
        <w:t xml:space="preserve"> </w:t>
      </w:r>
      <w:proofErr w:type="spellStart"/>
      <w:r>
        <w:t>probabilísticas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 </w:t>
      </w:r>
      <w:proofErr w:type="spellStart"/>
      <w:r>
        <w:t>inferência</w:t>
      </w:r>
      <w:proofErr w:type="spellEnd"/>
      <w:r>
        <w:t xml:space="preserve">. Mas </w:t>
      </w:r>
      <w:proofErr w:type="spellStart"/>
      <w:r>
        <w:t>ainda</w:t>
      </w:r>
      <w:proofErr w:type="spellEnd"/>
      <w:r>
        <w:t xml:space="preserve"> </w:t>
      </w:r>
      <w:proofErr w:type="spellStart"/>
      <w:r>
        <w:t>falta</w:t>
      </w:r>
      <w:proofErr w:type="spellEnd"/>
      <w:r>
        <w:t xml:space="preserve"> responder à </w:t>
      </w:r>
      <w:proofErr w:type="spellStart"/>
      <w:r>
        <w:t>pergunta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mecânica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: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frase</w:t>
      </w:r>
      <w:proofErr w:type="spellEnd"/>
      <w:r>
        <w:t xml:space="preserve"> humana </w:t>
      </w:r>
      <w:proofErr w:type="spellStart"/>
      <w:r>
        <w:t>entra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arquitetura</w:t>
      </w:r>
      <w:proofErr w:type="spellEnd"/>
      <w:r>
        <w:t xml:space="preserve"> </w:t>
      </w:r>
      <w:proofErr w:type="spellStart"/>
      <w:r>
        <w:t>matemática</w:t>
      </w:r>
      <w:proofErr w:type="spellEnd"/>
      <w:r>
        <w:t xml:space="preserve"> e se </w:t>
      </w:r>
      <w:proofErr w:type="spellStart"/>
      <w:r>
        <w:t>transforma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sequência</w:t>
      </w:r>
      <w:proofErr w:type="spellEnd"/>
      <w:r>
        <w:t xml:space="preserve"> de </w:t>
      </w:r>
      <w:proofErr w:type="spellStart"/>
      <w:r>
        <w:t>saída</w:t>
      </w:r>
      <w:proofErr w:type="spellEnd"/>
      <w:r>
        <w:t>?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8872"/>
        <w:gridCol w:w="89"/>
      </w:tblGrid>
      <w:tr w:rsidR="00323453" w14:paraId="1AFFACC1" w14:textId="77777777">
        <w:trPr>
          <w:gridAfter w:val="1"/>
          <w:wAfter w:w="90" w:type="dxa"/>
          <w:cantSplit/>
          <w:tblHeader/>
          <w:jc w:val="center"/>
        </w:trPr>
        <w:tc>
          <w:tcPr>
            <w:tcW w:w="9581" w:type="dxa"/>
            <w:gridSpan w:val="2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02ABFC6E" w14:textId="77777777" w:rsidR="00323453" w:rsidRDefault="00000000">
            <w:pPr>
              <w:spacing w:after="0" w:line="259" w:lineRule="auto"/>
            </w:pP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TEXTO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TOKENS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EMBEDDINGS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ATTENTION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TRANSFORMER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PROBABILIDADES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 xml:space="preserve">  ↓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  <w:t>PRÓXIMO TOKEN</w:t>
            </w:r>
          </w:p>
        </w:tc>
      </w:tr>
      <w:tr w:rsidR="00323453" w14:paraId="70A76C3E" w14:textId="77777777">
        <w:trPr>
          <w:gridAfter w:val="1"/>
          <w:wAfter w:w="90" w:type="dxa"/>
          <w:cantSplit/>
          <w:tblHeader/>
          <w:jc w:val="center"/>
        </w:trPr>
        <w:tc>
          <w:tcPr>
            <w:tcW w:w="9581" w:type="dxa"/>
            <w:gridSpan w:val="2"/>
            <w:tcBorders>
              <w:top w:val="single" w:sz="3" w:space="0" w:color="D8DED4"/>
              <w:left w:val="single" w:sz="3" w:space="0" w:color="D8DED4"/>
              <w:bottom w:val="single" w:sz="3" w:space="0" w:color="D8DED4"/>
              <w:right w:val="single" w:sz="3" w:space="0" w:color="D8DED4"/>
            </w:tcBorders>
            <w:shd w:val="clear" w:color="auto" w:fill="69B92D"/>
            <w:tcMar>
              <w:top w:w="105" w:type="dxa"/>
              <w:left w:w="145" w:type="dxa"/>
              <w:bottom w:w="105" w:type="dxa"/>
              <w:right w:w="145" w:type="dxa"/>
            </w:tcMar>
            <w:vAlign w:val="center"/>
          </w:tcPr>
          <w:p w14:paraId="5D9322B5" w14:textId="77777777" w:rsidR="00323453" w:rsidRDefault="00000000">
            <w:pPr>
              <w:spacing w:after="0" w:line="259" w:lineRule="auto"/>
            </w:pP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Próxima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aula</w:t>
            </w:r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br/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Aula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02 • Por </w:t>
            </w:r>
            <w:proofErr w:type="spellStart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>dentro</w:t>
            </w:r>
            <w:proofErr w:type="spellEnd"/>
            <w:r>
              <w:rPr>
                <w:rFonts w:ascii="Segoe UI Semibold" w:eastAsia="Segoe UI Semibold" w:hAnsi="Segoe UI Semibold" w:cs="Segoe UI Semibold"/>
                <w:b/>
                <w:color w:val="FFFFFF"/>
                <w:sz w:val="19"/>
              </w:rPr>
              <w:t xml:space="preserve"> de um LLM: tokens, embeddings, Attention e Transformer.</w:t>
            </w:r>
          </w:p>
        </w:tc>
      </w:tr>
      <w:tr w:rsidR="00323453" w14:paraId="061E9027" w14:textId="77777777">
        <w:trPr>
          <w:cantSplit/>
          <w:jc w:val="center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DA251D"/>
            <w:tcMar>
              <w:top w:w="125" w:type="dxa"/>
              <w:left w:w="55" w:type="dxa"/>
              <w:bottom w:w="125" w:type="dxa"/>
              <w:right w:w="55" w:type="dxa"/>
            </w:tcMar>
            <w:vAlign w:val="center"/>
          </w:tcPr>
          <w:p w14:paraId="61F07557" w14:textId="77777777" w:rsidR="00323453" w:rsidRDefault="00000000">
            <w:pPr>
              <w:spacing w:after="0"/>
              <w:jc w:val="center"/>
            </w:pPr>
            <w:r>
              <w:rPr>
                <w:rFonts w:ascii="Bahnschrift" w:eastAsia="Bahnschrift" w:hAnsi="Bahnschrift" w:cs="Bahnschrift"/>
                <w:b/>
                <w:color w:val="FFFFFF"/>
              </w:rPr>
              <w:t>21</w:t>
            </w:r>
          </w:p>
        </w:tc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9B92D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0D27D52" w14:textId="77777777" w:rsidR="00323453" w:rsidRDefault="00000000">
            <w:pPr>
              <w:pStyle w:val="IFSTituloPrincipal"/>
            </w:pPr>
            <w:bookmarkStart w:id="20" w:name="bm_main_21"/>
            <w:r>
              <w:t>GLOSSÁRIO ESSENCIAL</w:t>
            </w:r>
            <w:bookmarkEnd w:id="20"/>
          </w:p>
        </w:tc>
      </w:tr>
    </w:tbl>
    <w:p w14:paraId="5D8CE815" w14:textId="77777777" w:rsidR="00323453" w:rsidRDefault="00323453">
      <w:pPr>
        <w:pStyle w:val="IFSCorpo"/>
        <w:spacing w:after="180" w:line="20" w:lineRule="exact"/>
      </w:pPr>
    </w:p>
    <w:p w14:paraId="01B04526" w14:textId="77777777" w:rsidR="00323453" w:rsidRDefault="00000000">
      <w:pPr>
        <w:pStyle w:val="IFSCorpo"/>
      </w:pPr>
      <w:r>
        <w:rPr>
          <w:b/>
        </w:rPr>
        <w:t xml:space="preserve">Machine Learning: </w:t>
      </w:r>
      <w:proofErr w:type="spellStart"/>
      <w:r>
        <w:t>Área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algoritmos</w:t>
      </w:r>
      <w:proofErr w:type="spellEnd"/>
      <w:r>
        <w:t xml:space="preserve"> </w:t>
      </w:r>
      <w:proofErr w:type="spellStart"/>
      <w:r>
        <w:t>aprendem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 dados para </w:t>
      </w:r>
      <w:proofErr w:type="spellStart"/>
      <w:r>
        <w:t>realizar</w:t>
      </w:r>
      <w:proofErr w:type="spellEnd"/>
      <w:r>
        <w:t xml:space="preserve"> </w:t>
      </w:r>
      <w:proofErr w:type="spellStart"/>
      <w:r>
        <w:t>previsões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decisões</w:t>
      </w:r>
      <w:proofErr w:type="spellEnd"/>
      <w:r>
        <w:t>.</w:t>
      </w:r>
    </w:p>
    <w:p w14:paraId="62597C46" w14:textId="77777777" w:rsidR="00323453" w:rsidRDefault="00000000">
      <w:pPr>
        <w:pStyle w:val="IFSCorpo"/>
      </w:pPr>
      <w:r>
        <w:rPr>
          <w:b/>
        </w:rPr>
        <w:t xml:space="preserve">Modelo: </w:t>
      </w:r>
      <w:proofErr w:type="spellStart"/>
      <w:r>
        <w:t>Representação</w:t>
      </w:r>
      <w:proofErr w:type="spellEnd"/>
      <w:r>
        <w:t xml:space="preserve"> </w:t>
      </w:r>
      <w:proofErr w:type="spellStart"/>
      <w:r>
        <w:t>matemática</w:t>
      </w:r>
      <w:proofErr w:type="spellEnd"/>
      <w:r>
        <w:t xml:space="preserve"> </w:t>
      </w:r>
      <w:proofErr w:type="spellStart"/>
      <w:r>
        <w:t>aprendida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 dados.</w:t>
      </w:r>
    </w:p>
    <w:p w14:paraId="1E016F7D" w14:textId="77777777" w:rsidR="00323453" w:rsidRDefault="00000000">
      <w:pPr>
        <w:pStyle w:val="IFSCorpo"/>
      </w:pPr>
      <w:proofErr w:type="spellStart"/>
      <w:r>
        <w:rPr>
          <w:b/>
        </w:rPr>
        <w:t>Parâmetro</w:t>
      </w:r>
      <w:proofErr w:type="spellEnd"/>
      <w:r>
        <w:rPr>
          <w:b/>
        </w:rPr>
        <w:t xml:space="preserve">: </w:t>
      </w:r>
      <w:r>
        <w:t xml:space="preserve">Valor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ajustável</w:t>
      </w:r>
      <w:proofErr w:type="spellEnd"/>
      <w:r>
        <w:t xml:space="preserve"> de um </w:t>
      </w:r>
      <w:proofErr w:type="spellStart"/>
      <w:r>
        <w:t>modelo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pesos de </w:t>
      </w:r>
      <w:proofErr w:type="spellStart"/>
      <w:r>
        <w:t>uma</w:t>
      </w:r>
      <w:proofErr w:type="spellEnd"/>
      <w:r>
        <w:t xml:space="preserve"> rede neural.</w:t>
      </w:r>
    </w:p>
    <w:p w14:paraId="381EC1A9" w14:textId="77777777" w:rsidR="00323453" w:rsidRDefault="00000000">
      <w:pPr>
        <w:pStyle w:val="IFSCorpo"/>
      </w:pPr>
      <w:proofErr w:type="spellStart"/>
      <w:r>
        <w:rPr>
          <w:b/>
        </w:rPr>
        <w:t>Generalização</w:t>
      </w:r>
      <w:proofErr w:type="spellEnd"/>
      <w:r>
        <w:rPr>
          <w:b/>
        </w:rPr>
        <w:t xml:space="preserve">: </w:t>
      </w:r>
      <w:proofErr w:type="spellStart"/>
      <w:r>
        <w:t>Capacidade</w:t>
      </w:r>
      <w:proofErr w:type="spellEnd"/>
      <w:r>
        <w:t xml:space="preserve"> de </w:t>
      </w:r>
      <w:proofErr w:type="spellStart"/>
      <w:r>
        <w:t>aplicar</w:t>
      </w:r>
      <w:proofErr w:type="spellEnd"/>
      <w:r>
        <w:t xml:space="preserve"> </w:t>
      </w:r>
      <w:proofErr w:type="spellStart"/>
      <w:r>
        <w:t>padrões</w:t>
      </w:r>
      <w:proofErr w:type="spellEnd"/>
      <w:r>
        <w:t xml:space="preserve"> </w:t>
      </w:r>
      <w:proofErr w:type="spellStart"/>
      <w:r>
        <w:t>aprendidos</w:t>
      </w:r>
      <w:proofErr w:type="spellEnd"/>
      <w:r>
        <w:t xml:space="preserve"> a </w:t>
      </w:r>
      <w:proofErr w:type="spellStart"/>
      <w:r>
        <w:t>exemplos</w:t>
      </w:r>
      <w:proofErr w:type="spellEnd"/>
      <w:r>
        <w:t xml:space="preserve"> </w:t>
      </w:r>
      <w:proofErr w:type="spellStart"/>
      <w:r>
        <w:t>novos</w:t>
      </w:r>
      <w:proofErr w:type="spellEnd"/>
      <w:r>
        <w:t>.</w:t>
      </w:r>
    </w:p>
    <w:p w14:paraId="0EF85387" w14:textId="77777777" w:rsidR="00323453" w:rsidRDefault="00000000">
      <w:pPr>
        <w:pStyle w:val="IFSCorpo"/>
      </w:pPr>
      <w:r>
        <w:rPr>
          <w:b/>
        </w:rPr>
        <w:t xml:space="preserve">Modelo </w:t>
      </w:r>
      <w:proofErr w:type="spellStart"/>
      <w:r>
        <w:rPr>
          <w:b/>
        </w:rPr>
        <w:t>discriminativo</w:t>
      </w:r>
      <w:proofErr w:type="spellEnd"/>
      <w:r>
        <w:rPr>
          <w:b/>
        </w:rPr>
        <w:t xml:space="preserve">: </w:t>
      </w:r>
      <w:r>
        <w:t xml:space="preserve">Modelo </w:t>
      </w:r>
      <w:proofErr w:type="spellStart"/>
      <w:r>
        <w:t>orientado</w:t>
      </w:r>
      <w:proofErr w:type="spellEnd"/>
      <w:r>
        <w:t xml:space="preserve"> a </w:t>
      </w:r>
      <w:proofErr w:type="spellStart"/>
      <w:r>
        <w:t>distinguir</w:t>
      </w:r>
      <w:proofErr w:type="spellEnd"/>
      <w:r>
        <w:t xml:space="preserve"> classes, </w:t>
      </w:r>
      <w:proofErr w:type="spellStart"/>
      <w:r>
        <w:t>categorias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>.</w:t>
      </w:r>
    </w:p>
    <w:p w14:paraId="67A9216E" w14:textId="77777777" w:rsidR="00323453" w:rsidRDefault="00000000">
      <w:pPr>
        <w:pStyle w:val="IFSCorpo"/>
      </w:pPr>
      <w:r>
        <w:rPr>
          <w:b/>
        </w:rPr>
        <w:t xml:space="preserve">Modelo </w:t>
      </w:r>
      <w:proofErr w:type="spellStart"/>
      <w:r>
        <w:rPr>
          <w:b/>
        </w:rPr>
        <w:t>generativo</w:t>
      </w:r>
      <w:proofErr w:type="spellEnd"/>
      <w:r>
        <w:rPr>
          <w:b/>
        </w:rPr>
        <w:t xml:space="preserve">: </w:t>
      </w:r>
      <w:r>
        <w:t xml:space="preserve">Modelo </w:t>
      </w:r>
      <w:proofErr w:type="spellStart"/>
      <w:r>
        <w:t>capaz</w:t>
      </w:r>
      <w:proofErr w:type="spellEnd"/>
      <w:r>
        <w:t xml:space="preserve"> de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novos</w:t>
      </w:r>
      <w:proofErr w:type="spellEnd"/>
      <w:r>
        <w:t xml:space="preserve"> dados </w:t>
      </w:r>
      <w:proofErr w:type="spellStart"/>
      <w:r>
        <w:t>compatíveis</w:t>
      </w:r>
      <w:proofErr w:type="spellEnd"/>
      <w:r>
        <w:t xml:space="preserve"> com </w:t>
      </w:r>
      <w:proofErr w:type="spellStart"/>
      <w:r>
        <w:t>padrões</w:t>
      </w:r>
      <w:proofErr w:type="spellEnd"/>
      <w:r>
        <w:t xml:space="preserve"> </w:t>
      </w:r>
      <w:proofErr w:type="spellStart"/>
      <w:r>
        <w:t>aprendidos</w:t>
      </w:r>
      <w:proofErr w:type="spellEnd"/>
      <w:r>
        <w:t>.</w:t>
      </w:r>
    </w:p>
    <w:p w14:paraId="5E746C6D" w14:textId="77777777" w:rsidR="00323453" w:rsidRDefault="00000000">
      <w:pPr>
        <w:pStyle w:val="IFSCorpo"/>
      </w:pPr>
      <w:proofErr w:type="spellStart"/>
      <w:r>
        <w:rPr>
          <w:b/>
        </w:rPr>
        <w:t>Treinamento</w:t>
      </w:r>
      <w:proofErr w:type="spellEnd"/>
      <w:r>
        <w:rPr>
          <w:b/>
        </w:rPr>
        <w:t xml:space="preserve">: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ajustar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parâmetros</w:t>
      </w:r>
      <w:proofErr w:type="spellEnd"/>
      <w:r>
        <w:t xml:space="preserve"> de um </w:t>
      </w:r>
      <w:proofErr w:type="spellStart"/>
      <w:r>
        <w:t>modelo</w:t>
      </w:r>
      <w:proofErr w:type="spellEnd"/>
      <w:r>
        <w:t>.</w:t>
      </w:r>
    </w:p>
    <w:p w14:paraId="337067EB" w14:textId="77777777" w:rsidR="00323453" w:rsidRDefault="00000000">
      <w:pPr>
        <w:pStyle w:val="IFSCorpo"/>
      </w:pPr>
      <w:proofErr w:type="spellStart"/>
      <w:r>
        <w:rPr>
          <w:b/>
        </w:rPr>
        <w:t>Inferência</w:t>
      </w:r>
      <w:proofErr w:type="spellEnd"/>
      <w:r>
        <w:rPr>
          <w:b/>
        </w:rPr>
        <w:t xml:space="preserve">: </w:t>
      </w:r>
      <w:r>
        <w:t xml:space="preserve">Uso de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treinado</w:t>
      </w:r>
      <w:proofErr w:type="spellEnd"/>
      <w:r>
        <w:t xml:space="preserve"> para </w:t>
      </w:r>
      <w:proofErr w:type="spellStart"/>
      <w:r>
        <w:t>produzir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previsão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saída</w:t>
      </w:r>
      <w:proofErr w:type="spellEnd"/>
      <w:r>
        <w:t>.</w:t>
      </w:r>
    </w:p>
    <w:p w14:paraId="7A4F5F6F" w14:textId="77777777" w:rsidR="00323453" w:rsidRDefault="00000000">
      <w:pPr>
        <w:pStyle w:val="IFSCorpo"/>
      </w:pPr>
      <w:r>
        <w:rPr>
          <w:b/>
        </w:rPr>
        <w:t>Pré-</w:t>
      </w:r>
      <w:proofErr w:type="spellStart"/>
      <w:r>
        <w:rPr>
          <w:b/>
        </w:rPr>
        <w:t>treinamento</w:t>
      </w:r>
      <w:proofErr w:type="spellEnd"/>
      <w:r>
        <w:rPr>
          <w:b/>
        </w:rPr>
        <w:t xml:space="preserve">: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amplo</w:t>
      </w:r>
      <w:proofErr w:type="spellEnd"/>
      <w:r>
        <w:t xml:space="preserve"> </w:t>
      </w:r>
      <w:proofErr w:type="spellStart"/>
      <w:r>
        <w:t>realizado</w:t>
      </w:r>
      <w:proofErr w:type="spellEnd"/>
      <w:r>
        <w:t xml:space="preserve"> antes de </w:t>
      </w:r>
      <w:proofErr w:type="spellStart"/>
      <w:r>
        <w:t>adaptações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</w:t>
      </w:r>
      <w:proofErr w:type="spellStart"/>
      <w:r>
        <w:t>específico</w:t>
      </w:r>
      <w:proofErr w:type="spellEnd"/>
      <w:r>
        <w:t>.</w:t>
      </w:r>
    </w:p>
    <w:p w14:paraId="520D26F3" w14:textId="77777777" w:rsidR="00323453" w:rsidRDefault="00000000">
      <w:pPr>
        <w:pStyle w:val="IFSCorpo"/>
      </w:pPr>
      <w:r>
        <w:rPr>
          <w:b/>
        </w:rPr>
        <w:t xml:space="preserve">Fine-tuning: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 para </w:t>
      </w:r>
      <w:proofErr w:type="spellStart"/>
      <w:r>
        <w:t>adaptar</w:t>
      </w:r>
      <w:proofErr w:type="spellEnd"/>
      <w:r>
        <w:t xml:space="preserve">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5D9C1B68" w14:textId="77777777" w:rsidR="00323453" w:rsidRDefault="00000000">
      <w:pPr>
        <w:pStyle w:val="IFSCorpo"/>
      </w:pPr>
      <w:r>
        <w:rPr>
          <w:b/>
        </w:rPr>
        <w:t xml:space="preserve">Prompt: </w:t>
      </w:r>
      <w:r>
        <w:t xml:space="preserve">Entrada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instrução</w:t>
      </w:r>
      <w:proofErr w:type="spellEnd"/>
      <w:r>
        <w:t xml:space="preserve"> </w:t>
      </w:r>
      <w:proofErr w:type="spellStart"/>
      <w:r>
        <w:t>fornecida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 </w:t>
      </w:r>
      <w:proofErr w:type="spellStart"/>
      <w:r>
        <w:t>utilização</w:t>
      </w:r>
      <w:proofErr w:type="spellEnd"/>
      <w:r>
        <w:t>.</w:t>
      </w:r>
    </w:p>
    <w:p w14:paraId="48D44A89" w14:textId="77777777" w:rsidR="00323453" w:rsidRDefault="00000000">
      <w:pPr>
        <w:pStyle w:val="IFSCorpo"/>
      </w:pPr>
      <w:r>
        <w:rPr>
          <w:b/>
        </w:rPr>
        <w:lastRenderedPageBreak/>
        <w:t xml:space="preserve">Foundation Model: </w:t>
      </w:r>
      <w:r>
        <w:t xml:space="preserve">Modelo </w:t>
      </w:r>
      <w:proofErr w:type="spellStart"/>
      <w:r>
        <w:t>treinado</w:t>
      </w:r>
      <w:proofErr w:type="spellEnd"/>
      <w:r>
        <w:t xml:space="preserve"> de forma </w:t>
      </w:r>
      <w:proofErr w:type="spellStart"/>
      <w:r>
        <w:t>ampla</w:t>
      </w:r>
      <w:proofErr w:type="spellEnd"/>
      <w:r>
        <w:t xml:space="preserve"> e </w:t>
      </w:r>
      <w:proofErr w:type="spellStart"/>
      <w:r>
        <w:t>reutilizável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múltiplas</w:t>
      </w:r>
      <w:proofErr w:type="spellEnd"/>
      <w:r>
        <w:t xml:space="preserve"> </w:t>
      </w:r>
      <w:proofErr w:type="spellStart"/>
      <w:r>
        <w:t>tarefas</w:t>
      </w:r>
      <w:proofErr w:type="spellEnd"/>
      <w:r>
        <w:t>.</w:t>
      </w:r>
    </w:p>
    <w:p w14:paraId="133C36E0" w14:textId="77777777" w:rsidR="00323453" w:rsidRDefault="00000000">
      <w:pPr>
        <w:pStyle w:val="IFSCorpo"/>
      </w:pPr>
      <w:r>
        <w:rPr>
          <w:b/>
        </w:rPr>
        <w:t xml:space="preserve">LLM: </w:t>
      </w:r>
      <w:r>
        <w:t xml:space="preserve">Large Language Model, grande </w:t>
      </w:r>
      <w:proofErr w:type="spellStart"/>
      <w:r>
        <w:t>modelo</w:t>
      </w:r>
      <w:proofErr w:type="spellEnd"/>
      <w:r>
        <w:t xml:space="preserve"> de </w:t>
      </w:r>
      <w:proofErr w:type="spellStart"/>
      <w:r>
        <w:t>linguagem</w:t>
      </w:r>
      <w:proofErr w:type="spellEnd"/>
      <w:r>
        <w:t>.</w:t>
      </w:r>
    </w:p>
    <w:p w14:paraId="0811DF55" w14:textId="77777777" w:rsidR="00323453" w:rsidRDefault="00000000">
      <w:pPr>
        <w:pStyle w:val="IFSCorpo"/>
      </w:pPr>
      <w:proofErr w:type="spellStart"/>
      <w:r>
        <w:rPr>
          <w:b/>
        </w:rPr>
        <w:t>Alucinação</w:t>
      </w:r>
      <w:proofErr w:type="spellEnd"/>
      <w:r>
        <w:rPr>
          <w:b/>
        </w:rPr>
        <w:t xml:space="preserve">: </w:t>
      </w:r>
      <w:proofErr w:type="spellStart"/>
      <w:r>
        <w:t>Geração</w:t>
      </w:r>
      <w:proofErr w:type="spellEnd"/>
      <w:r>
        <w:t xml:space="preserve"> de </w:t>
      </w:r>
      <w:proofErr w:type="spellStart"/>
      <w:r>
        <w:t>conteúdo</w:t>
      </w:r>
      <w:proofErr w:type="spellEnd"/>
      <w:r>
        <w:t xml:space="preserve"> </w:t>
      </w:r>
      <w:proofErr w:type="spellStart"/>
      <w:r>
        <w:t>plausível</w:t>
      </w:r>
      <w:proofErr w:type="spellEnd"/>
      <w:r>
        <w:t xml:space="preserve">, </w:t>
      </w:r>
      <w:proofErr w:type="spellStart"/>
      <w:r>
        <w:t>porém</w:t>
      </w:r>
      <w:proofErr w:type="spellEnd"/>
      <w:r>
        <w:t xml:space="preserve"> </w:t>
      </w:r>
      <w:proofErr w:type="spellStart"/>
      <w:r>
        <w:t>incorreto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fundamentado</w:t>
      </w:r>
      <w:proofErr w:type="spellEnd"/>
      <w:r>
        <w:t>.</w:t>
      </w:r>
    </w:p>
    <w:p w14:paraId="30B17CF2" w14:textId="77777777" w:rsidR="00323453" w:rsidRDefault="00000000">
      <w:pPr>
        <w:pStyle w:val="IFSCorpo"/>
      </w:pPr>
      <w:r>
        <w:rPr>
          <w:b/>
        </w:rPr>
        <w:t xml:space="preserve">RAG: </w:t>
      </w:r>
      <w:proofErr w:type="spellStart"/>
      <w:r>
        <w:t>Arquitetura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recupera</w:t>
      </w:r>
      <w:proofErr w:type="spellEnd"/>
      <w:r>
        <w:t xml:space="preserve"> </w:t>
      </w:r>
      <w:proofErr w:type="spellStart"/>
      <w:r>
        <w:t>informação</w:t>
      </w:r>
      <w:proofErr w:type="spellEnd"/>
      <w:r>
        <w:t xml:space="preserve"> externa para </w:t>
      </w:r>
      <w:proofErr w:type="spellStart"/>
      <w:r>
        <w:t>fornecer</w:t>
      </w:r>
      <w:proofErr w:type="spellEnd"/>
      <w:r>
        <w:t xml:space="preserve"> </w:t>
      </w:r>
      <w:proofErr w:type="spellStart"/>
      <w:r>
        <w:t>contexto</w:t>
      </w:r>
      <w:proofErr w:type="spellEnd"/>
      <w:r>
        <w:t xml:space="preserve"> a um </w:t>
      </w:r>
      <w:proofErr w:type="spellStart"/>
      <w:r>
        <w:t>modelo</w:t>
      </w:r>
      <w:proofErr w:type="spellEnd"/>
      <w:r>
        <w:t xml:space="preserve"> </w:t>
      </w:r>
      <w:proofErr w:type="spellStart"/>
      <w:r>
        <w:t>generativo</w:t>
      </w:r>
      <w:proofErr w:type="spellEnd"/>
      <w:r>
        <w:t>.</w:t>
      </w:r>
    </w:p>
    <w:sectPr w:rsidR="00323453" w:rsidSect="00034616">
      <w:headerReference w:type="default" r:id="rId15"/>
      <w:footerReference w:type="default" r:id="rId16"/>
      <w:pgSz w:w="11906" w:h="16838"/>
      <w:pgMar w:top="1361" w:right="1361" w:bottom="1531" w:left="964" w:header="312" w:footer="3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6F84" w14:textId="77777777" w:rsidR="00F5019D" w:rsidRDefault="00F5019D">
      <w:pPr>
        <w:spacing w:after="0" w:line="240" w:lineRule="auto"/>
      </w:pPr>
      <w:r>
        <w:separator/>
      </w:r>
    </w:p>
  </w:endnote>
  <w:endnote w:type="continuationSeparator" w:id="0">
    <w:p w14:paraId="778A5AA2" w14:textId="77777777" w:rsidR="00F5019D" w:rsidRDefault="00F5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scadia Code">
    <w:panose1 w:val="020B0609020000020004"/>
    <w:charset w:val="00"/>
    <w:family w:val="modern"/>
    <w:pitch w:val="fixed"/>
    <w:sig w:usb0="A1002AFF" w:usb1="4000F9FB" w:usb2="00040000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B01A9" w14:textId="77777777" w:rsidR="001E07B9" w:rsidRDefault="001E07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234D" w14:textId="77777777" w:rsidR="001E07B9" w:rsidRDefault="001E07B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4C27" w14:textId="77777777" w:rsidR="001E07B9" w:rsidRDefault="001E07B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0D5AC" w14:textId="77777777" w:rsidR="00323453" w:rsidRDefault="00323453">
    <w:pPr>
      <w:spacing w:line="20" w:lineRule="exact"/>
    </w:pPr>
  </w:p>
  <w:tbl>
    <w:tblPr>
      <w:tblW w:w="9581" w:type="dxa"/>
      <w:jc w:val="center"/>
      <w:tblLayout w:type="fixed"/>
      <w:tblLook w:val="04A0" w:firstRow="1" w:lastRow="0" w:firstColumn="1" w:lastColumn="0" w:noHBand="0" w:noVBand="1"/>
    </w:tblPr>
    <w:tblGrid>
      <w:gridCol w:w="3900"/>
      <w:gridCol w:w="1781"/>
      <w:gridCol w:w="3900"/>
    </w:tblGrid>
    <w:tr w:rsidR="00323453" w14:paraId="54F43092" w14:textId="77777777">
      <w:trPr>
        <w:cantSplit/>
        <w:jc w:val="center"/>
      </w:trPr>
      <w:tc>
        <w:tcPr>
          <w:tcW w:w="39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14:paraId="20C20B84" w14:textId="77777777" w:rsidR="00323453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6C3F32ED" wp14:editId="4F91A2C3">
                <wp:extent cx="1224000" cy="529823"/>
                <wp:effectExtent l="0" t="0" r="0" b="0"/>
                <wp:docPr id="1" name="Picture 1" descr="Logo do Instituto Federal de Sergi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529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14:paraId="4F408D3C" w14:textId="77777777" w:rsidR="00323453" w:rsidRDefault="00000000">
          <w:pPr>
            <w:spacing w:after="0" w:line="20" w:lineRule="exact"/>
            <w:jc w:val="center"/>
          </w:pPr>
          <w:r>
            <w:pict w14:anchorId="2D60B621">
              <v:oval id="_x0000_s1025" style="position:absolute;left:0;text-align:left;margin-left:0;margin-top:0;width:28pt;height:28pt;z-index:251663360;mso-position-horizontal-relative:text;mso-position-vertical-relative:text;v-text-anchor:middle" fillcolor="#da251d" strokecolor="#69b92d" strokeweight="1.75pt">
                <v:textbox inset="0,0,0,0">
                  <w:txbxContent>
                    <w:p w14:paraId="3D16C3C2" w14:textId="77777777" w:rsidR="00323453" w:rsidRDefault="00000000">
                      <w:pPr>
                        <w:spacing w:after="0" w:line="280" w:lineRule="exact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color w:val="FFFFFF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rFonts w:ascii="Arial Black" w:eastAsia="Arial Black" w:hAnsi="Arial Black" w:cs="Arial Black"/>
                          <w:b/>
                          <w:color w:val="FFFFFF"/>
                          <w:sz w:val="24"/>
                          <w:szCs w:val="24"/>
                        </w:rPr>
                        <w:instrText xml:space="preserve"> PAGE \* CHARFORMAT </w:instrTex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color w:val="FFFFFF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Arial Black" w:eastAsia="Arial Black" w:hAnsi="Arial Black" w:cs="Arial Black"/>
                          <w:b/>
                          <w:color w:val="FFFFFF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color w:val="FFFFFF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oval>
            </w:pict>
          </w:r>
        </w:p>
      </w:tc>
      <w:tc>
        <w:tcPr>
          <w:tcW w:w="39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40" w:type="dxa"/>
            <w:bottom w:w="0" w:type="dxa"/>
            <w:right w:w="40" w:type="dxa"/>
          </w:tcMar>
          <w:vAlign w:val="center"/>
        </w:tcPr>
        <w:p w14:paraId="6506E7B6" w14:textId="77777777" w:rsidR="00323453" w:rsidRDefault="00000000">
          <w:pPr>
            <w:spacing w:after="0" w:line="240" w:lineRule="auto"/>
            <w:jc w:val="right"/>
          </w:pPr>
          <w:r>
            <w:rPr>
              <w:rFonts w:ascii="Bahnschrift SemiBold" w:eastAsia="Bahnschrift SemiBold" w:hAnsi="Bahnschrift SemiBold" w:cs="Bahnschrift SemiBold"/>
              <w:b/>
              <w:color w:val="DA251D"/>
              <w:sz w:val="20"/>
            </w:rPr>
            <w:t>Prof </w:t>
          </w:r>
          <w:r>
            <w:rPr>
              <w:rFonts w:ascii="Bahnschrift SemiBold" w:eastAsia="Bahnschrift SemiBold" w:hAnsi="Bahnschrift SemiBold" w:cs="Bahnschrift SemiBold"/>
              <w:b/>
              <w:color w:val="39751C"/>
              <w:sz w:val="20"/>
            </w:rPr>
            <w:t>Ângelo Santana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27DC" w14:textId="77777777" w:rsidR="00F5019D" w:rsidRDefault="00F5019D">
      <w:pPr>
        <w:spacing w:after="0" w:line="240" w:lineRule="auto"/>
      </w:pPr>
      <w:r>
        <w:separator/>
      </w:r>
    </w:p>
  </w:footnote>
  <w:footnote w:type="continuationSeparator" w:id="0">
    <w:p w14:paraId="4B3C350A" w14:textId="77777777" w:rsidR="00F5019D" w:rsidRDefault="00F50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9A09" w14:textId="77777777" w:rsidR="001E07B9" w:rsidRDefault="001E07B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6B7A" w14:textId="77777777" w:rsidR="001E07B9" w:rsidRDefault="001E07B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5A729" w14:textId="77777777" w:rsidR="001E07B9" w:rsidRDefault="001E07B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4055" w14:textId="77777777" w:rsidR="00323453" w:rsidRDefault="00000000">
    <w:pPr>
      <w:spacing w:after="0" w:line="20" w:lineRule="exact"/>
    </w:pPr>
    <w:r>
      <w:pict w14:anchorId="69ECAE54">
        <v:rect id="_x0000_s1036" style="position:absolute;margin-left:0;margin-top:0;width:595.3pt;height:841.9pt;z-index:-251664384;mso-wrap-distance-left:0;mso-wrap-distance-top:0;mso-wrap-distance-right:0;mso-wrap-distance-bottom:0;mso-position-horizontal-relative:page;mso-position-vertical-relative:page" o:allowincell="f" fillcolor="#f2f3f1" stroked="f">
          <w10:wrap anchorx="page" anchory="page"/>
        </v:rect>
      </w:pict>
    </w:r>
    <w:r>
      <w:pict w14:anchorId="78560846">
        <v:rect id="_x0000_s1035" style="position:absolute;margin-left:0;margin-top:774pt;width:595.3pt;height:67.9pt;z-index:-251663360;mso-wrap-distance-left:0;mso-wrap-distance-top:0;mso-wrap-distance-right:0;mso-wrap-distance-bottom:0;mso-position-horizontal-relative:page;mso-position-vertical-relative:page" o:allowincell="f" stroked="f">
          <w10:wrap anchorx="page" anchory="page"/>
        </v:rect>
      </w:pict>
    </w:r>
    <w:r>
      <w:pict w14:anchorId="636E2F1A">
        <v:rect id="_x0000_s1034" style="position:absolute;margin-left:48.2pt;margin-top:58pt;width:531pt;height:4.2pt;z-index:-251662336;mso-wrap-distance-left:0;mso-wrap-distance-top:0;mso-wrap-distance-right:0;mso-wrap-distance-bottom:0;mso-position-horizontal-relative:page;mso-position-vertical-relative:page" o:allowincell="f" fillcolor="#69b92d" stroked="f">
          <w10:wrap anchorx="page" anchory="page"/>
        </v:rect>
      </w:pict>
    </w:r>
    <w:r>
      <w:pict w14:anchorId="699756DA">
        <v:rect id="_x0000_s1033" style="position:absolute;margin-left:48.2pt;margin-top:62.2pt;width:531pt;height:2.2pt;z-index:-251661312;mso-wrap-distance-left:0;mso-wrap-distance-top:0;mso-wrap-distance-right:0;mso-wrap-distance-bottom:0;mso-position-horizontal-relative:page;mso-position-vertical-relative:page" o:allowincell="f" stroked="f">
          <w10:wrap anchorx="page" anchory="page"/>
        </v:rect>
      </w:pict>
    </w:r>
    <w:r>
      <w:pict w14:anchorId="0A2A107C">
        <v:rect id="_x0000_s1032" style="position:absolute;margin-left:48.2pt;margin-top:64.4pt;width:531pt;height:2.8pt;z-index:-251660288;mso-wrap-distance-left:0;mso-wrap-distance-top:0;mso-wrap-distance-right:0;mso-wrap-distance-bottom:0;mso-position-horizontal-relative:page;mso-position-vertical-relative:page" o:allowincell="f" fillcolor="#da251d" stroked="f">
          <w10:wrap anchorx="page" anchory="page"/>
        </v:rect>
      </w:pict>
    </w:r>
    <w:r>
      <w:pict w14:anchorId="15D33E06">
        <v:rect id="_x0000_s1031" style="position:absolute;margin-left:48.2pt;margin-top:765pt;width:531pt;height:4.2pt;z-index:-251659264;mso-wrap-distance-left:0;mso-wrap-distance-top:0;mso-wrap-distance-right:0;mso-wrap-distance-bottom:0;mso-position-horizontal-relative:page;mso-position-vertical-relative:page" o:allowincell="f" fillcolor="#69b92d" stroked="f">
          <w10:wrap anchorx="page" anchory="page"/>
        </v:rect>
      </w:pict>
    </w:r>
    <w:r>
      <w:pict w14:anchorId="4E31B8E9">
        <v:rect id="_x0000_s1030" style="position:absolute;margin-left:48.2pt;margin-top:769.2pt;width:531pt;height:2.2pt;z-index:-251658240;mso-wrap-distance-left:0;mso-wrap-distance-top:0;mso-wrap-distance-right:0;mso-wrap-distance-bottom:0;mso-position-horizontal-relative:page;mso-position-vertical-relative:page" o:allowincell="f" stroked="f">
          <w10:wrap anchorx="page" anchory="page"/>
        </v:rect>
      </w:pict>
    </w:r>
    <w:r>
      <w:pict w14:anchorId="72A167AB">
        <v:rect id="_x0000_s1029" style="position:absolute;margin-left:48.2pt;margin-top:771.4pt;width:531pt;height:2.8pt;z-index:-251657216;mso-wrap-distance-left:0;mso-wrap-distance-top:0;mso-wrap-distance-right:0;mso-wrap-distance-bottom:0;mso-position-horizontal-relative:page;mso-position-vertical-relative:page" o:allowincell="f" fillcolor="#da251d" stroked="f">
          <w10:wrap anchorx="page" anchory="page"/>
        </v:rect>
      </w:pict>
    </w:r>
    <w:r>
      <w:pict w14:anchorId="33256940">
        <v:rect id="_x0000_s1028" style="position:absolute;margin-left:579.2pt;margin-top:0;width:6.2pt;height:841.9pt;z-index:-251656192;mso-wrap-distance-left:0;mso-wrap-distance-top:0;mso-wrap-distance-right:0;mso-wrap-distance-bottom:0;mso-position-horizontal-relative:page;mso-position-vertical-relative:page" o:allowincell="f" fillcolor="#69b92d" stroked="f">
          <w10:wrap anchorx="page" anchory="page"/>
        </v:rect>
      </w:pict>
    </w:r>
    <w:r>
      <w:pict w14:anchorId="6312F6D9">
        <v:rect id="_x0000_s1027" style="position:absolute;margin-left:585.4pt;margin-top:0;width:2.6pt;height:841.9pt;z-index:-251655168;mso-wrap-distance-left:0;mso-wrap-distance-top:0;mso-wrap-distance-right:0;mso-wrap-distance-bottom:0;mso-position-horizontal-relative:page;mso-position-vertical-relative:page" o:allowincell="f" stroked="f">
          <w10:wrap anchorx="page" anchory="page"/>
        </v:rect>
      </w:pict>
    </w:r>
    <w:r>
      <w:pict w14:anchorId="0BB7B168">
        <v:rect id="_x0000_s1026" style="position:absolute;margin-left:588pt;margin-top:0;width:3.8pt;height:841.9pt;z-index:-251654144;mso-wrap-distance-left:0;mso-wrap-distance-top:0;mso-wrap-distance-right:0;mso-wrap-distance-bottom:0;mso-position-horizontal-relative:page;mso-position-vertical-relative:page" o:allowincell="f" fillcolor="#da251d" stroked="f">
          <w10:wrap anchorx="page" anchory="page"/>
        </v:rect>
      </w:pict>
    </w:r>
  </w:p>
  <w:p w14:paraId="0978B85D" w14:textId="77777777" w:rsidR="00323453" w:rsidRDefault="00000000">
    <w:pPr>
      <w:spacing w:after="0" w:line="240" w:lineRule="auto"/>
      <w:jc w:val="center"/>
    </w:pPr>
    <w:proofErr w:type="spellStart"/>
    <w:r>
      <w:rPr>
        <w:rFonts w:ascii="Segoe UI Semibold" w:eastAsia="Segoe UI Semibold" w:hAnsi="Segoe UI Semibold" w:cs="Segoe UI Semibold"/>
        <w:b/>
        <w:sz w:val="25"/>
      </w:rPr>
      <w:t>Tópicos</w:t>
    </w:r>
    <w:proofErr w:type="spellEnd"/>
    <w:r>
      <w:rPr>
        <w:rFonts w:ascii="Segoe UI Semibold" w:eastAsia="Segoe UI Semibold" w:hAnsi="Segoe UI Semibold" w:cs="Segoe UI Semibold"/>
        <w:b/>
        <w:sz w:val="25"/>
      </w:rPr>
      <w:t xml:space="preserve"> </w:t>
    </w:r>
    <w:proofErr w:type="spellStart"/>
    <w:r>
      <w:rPr>
        <w:rFonts w:ascii="Segoe UI Semibold" w:eastAsia="Segoe UI Semibold" w:hAnsi="Segoe UI Semibold" w:cs="Segoe UI Semibold"/>
        <w:b/>
        <w:sz w:val="25"/>
      </w:rPr>
      <w:t>Especiais</w:t>
    </w:r>
    <w:proofErr w:type="spellEnd"/>
    <w:r>
      <w:rPr>
        <w:rFonts w:ascii="Segoe UI Semibold" w:eastAsia="Segoe UI Semibold" w:hAnsi="Segoe UI Semibold" w:cs="Segoe UI Semibold"/>
        <w:b/>
        <w:sz w:val="25"/>
      </w:rPr>
      <w:t xml:space="preserve">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8424255">
    <w:abstractNumId w:val="8"/>
  </w:num>
  <w:num w:numId="2" w16cid:durableId="1174690958">
    <w:abstractNumId w:val="6"/>
  </w:num>
  <w:num w:numId="3" w16cid:durableId="1438015112">
    <w:abstractNumId w:val="5"/>
  </w:num>
  <w:num w:numId="4" w16cid:durableId="845752190">
    <w:abstractNumId w:val="4"/>
  </w:num>
  <w:num w:numId="5" w16cid:durableId="1451126768">
    <w:abstractNumId w:val="7"/>
  </w:num>
  <w:num w:numId="6" w16cid:durableId="868445068">
    <w:abstractNumId w:val="3"/>
  </w:num>
  <w:num w:numId="7" w16cid:durableId="1839540041">
    <w:abstractNumId w:val="2"/>
  </w:num>
  <w:num w:numId="8" w16cid:durableId="1081754842">
    <w:abstractNumId w:val="1"/>
  </w:num>
  <w:num w:numId="9" w16cid:durableId="61671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21E"/>
    <w:rsid w:val="000F0520"/>
    <w:rsid w:val="00113F3D"/>
    <w:rsid w:val="0015074B"/>
    <w:rsid w:val="001E07B9"/>
    <w:rsid w:val="00262EBF"/>
    <w:rsid w:val="0029639D"/>
    <w:rsid w:val="00323453"/>
    <w:rsid w:val="00326F90"/>
    <w:rsid w:val="003B3696"/>
    <w:rsid w:val="0041287A"/>
    <w:rsid w:val="004A309C"/>
    <w:rsid w:val="004C4668"/>
    <w:rsid w:val="00547047"/>
    <w:rsid w:val="005B7133"/>
    <w:rsid w:val="006A0DCD"/>
    <w:rsid w:val="007D4BEF"/>
    <w:rsid w:val="00830BDC"/>
    <w:rsid w:val="00850202"/>
    <w:rsid w:val="008663F0"/>
    <w:rsid w:val="00866CF5"/>
    <w:rsid w:val="009414F7"/>
    <w:rsid w:val="00AA1D8D"/>
    <w:rsid w:val="00B47730"/>
    <w:rsid w:val="00B71C99"/>
    <w:rsid w:val="00C935BA"/>
    <w:rsid w:val="00CB0664"/>
    <w:rsid w:val="00D225DB"/>
    <w:rsid w:val="00D3565D"/>
    <w:rsid w:val="00D64BE0"/>
    <w:rsid w:val="00E12CA5"/>
    <w:rsid w:val="00F5019D"/>
    <w:rsid w:val="00F60936"/>
    <w:rsid w:val="00F76965"/>
    <w:rsid w:val="00F77F3E"/>
    <w:rsid w:val="00FA30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5"/>
    <o:shapelayout v:ext="edit">
      <o:idmap v:ext="edit" data="2"/>
    </o:shapelayout>
  </w:shapeDefaults>
  <w:decimalSymbol w:val=","/>
  <w:listSeparator w:val=";"/>
  <w14:docId w14:val="33A1959B"/>
  <w14:defaultImageDpi w14:val="300"/>
  <w15:docId w15:val="{106B2392-D757-401B-805D-84EDEA31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Segoe UI" w:eastAsia="Segoe UI" w:hAnsi="Segoe UI"/>
      <w:color w:val="1F1A17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ind w:left="312" w:hanging="159"/>
      <w:contextualSpacing/>
    </w:pPr>
    <w:rPr>
      <w:sz w:val="20"/>
    </w:r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igo">
    <w:name w:val="Codigo"/>
    <w:rPr>
      <w:rFonts w:ascii="Cascadia Code" w:eastAsia="Cascadia Code" w:hAnsi="Cascadia Code" w:cs="Cascadia Code"/>
      <w:color w:val="1F1A17"/>
      <w:sz w:val="18"/>
    </w:rPr>
  </w:style>
  <w:style w:type="paragraph" w:customStyle="1" w:styleId="IFSCorpo">
    <w:name w:val="IFS Corpo"/>
    <w:basedOn w:val="Normal"/>
    <w:pPr>
      <w:spacing w:after="120" w:line="283" w:lineRule="auto"/>
    </w:pPr>
    <w:rPr>
      <w:rFonts w:cs="Segoe UI"/>
    </w:rPr>
  </w:style>
  <w:style w:type="paragraph" w:customStyle="1" w:styleId="IFSTituloPrincipal">
    <w:name w:val="IFS Titulo Principal"/>
    <w:basedOn w:val="Normal"/>
    <w:pPr>
      <w:keepNext/>
      <w:spacing w:after="0" w:line="240" w:lineRule="auto"/>
      <w:outlineLvl w:val="0"/>
    </w:pPr>
    <w:rPr>
      <w:rFonts w:ascii="Bahnschrift" w:eastAsia="Bahnschrift" w:hAnsi="Bahnschrift" w:cs="Bahnschrift"/>
      <w:b/>
      <w:color w:val="FFFFFF"/>
      <w:sz w:val="26"/>
    </w:rPr>
  </w:style>
  <w:style w:type="paragraph" w:customStyle="1" w:styleId="IFSSubtitulo">
    <w:name w:val="IFS Subtitulo"/>
    <w:basedOn w:val="Normal"/>
    <w:pPr>
      <w:keepNext/>
      <w:pBdr>
        <w:left w:val="single" w:sz="18" w:space="6" w:color="DA251D"/>
      </w:pBdr>
      <w:spacing w:before="320" w:after="120" w:line="240" w:lineRule="auto"/>
      <w:ind w:left="102"/>
    </w:pPr>
    <w:rPr>
      <w:rFonts w:ascii="Bahnschrift" w:eastAsia="Bahnschrift" w:hAnsi="Bahnschrift" w:cs="Bahnschrift"/>
      <w:b/>
      <w:color w:val="39751C"/>
      <w:sz w:val="24"/>
    </w:rPr>
  </w:style>
  <w:style w:type="paragraph" w:customStyle="1" w:styleId="IFSAtividade">
    <w:name w:val="IFS Atividade"/>
    <w:basedOn w:val="Normal"/>
    <w:pPr>
      <w:keepNext/>
      <w:pBdr>
        <w:bottom w:val="single" w:sz="4" w:space="4" w:color="D8DED4"/>
      </w:pBdr>
      <w:spacing w:before="320" w:line="240" w:lineRule="auto"/>
    </w:pPr>
    <w:rPr>
      <w:rFonts w:ascii="Bahnschrift" w:eastAsia="Bahnschrift" w:hAnsi="Bahnschrift" w:cs="Bahnschrift"/>
      <w:b/>
      <w:color w:val="39751C"/>
      <w:sz w:val="22"/>
    </w:rPr>
  </w:style>
  <w:style w:type="paragraph" w:customStyle="1" w:styleId="IFSProposta">
    <w:name w:val="IFS Proposta"/>
    <w:basedOn w:val="Normal"/>
    <w:pPr>
      <w:keepNext/>
      <w:pBdr>
        <w:left w:val="single" w:sz="24" w:space="7" w:color="DA251D"/>
      </w:pBdr>
      <w:shd w:val="clear" w:color="auto" w:fill="F7FAF5"/>
      <w:spacing w:before="40" w:after="140" w:line="278" w:lineRule="auto"/>
      <w:ind w:left="125" w:right="102"/>
    </w:pPr>
    <w:rPr>
      <w:rFonts w:ascii="Segoe UI Semibold" w:eastAsia="Segoe UI Semibold" w:hAnsi="Segoe UI Semibold" w:cs="Segoe UI Semibold"/>
      <w:b/>
      <w:sz w:val="22"/>
    </w:rPr>
  </w:style>
  <w:style w:type="paragraph" w:customStyle="1" w:styleId="IFSAlternativa">
    <w:name w:val="IFS Alternativa"/>
    <w:basedOn w:val="Normal"/>
    <w:pPr>
      <w:spacing w:after="70" w:line="274" w:lineRule="auto"/>
      <w:ind w:left="386" w:hanging="238"/>
    </w:pPr>
    <w:rPr>
      <w:rFonts w:cs="Segoe UI"/>
    </w:rPr>
  </w:style>
  <w:style w:type="paragraph" w:customStyle="1" w:styleId="IFSMicrotitulo">
    <w:name w:val="IFS Microtitulo"/>
    <w:basedOn w:val="Normal"/>
    <w:pPr>
      <w:keepNext/>
      <w:spacing w:before="140" w:after="60" w:line="240" w:lineRule="auto"/>
    </w:pPr>
    <w:rPr>
      <w:rFonts w:ascii="Bahnschrift" w:eastAsia="Bahnschrift" w:hAnsi="Bahnschrift" w:cs="Bahnschrift"/>
      <w:b/>
      <w:color w:val="39751C"/>
      <w:sz w:val="17"/>
    </w:rPr>
  </w:style>
  <w:style w:type="paragraph" w:customStyle="1" w:styleId="IFSSaida">
    <w:name w:val="IFS Saida"/>
    <w:basedOn w:val="Normal"/>
    <w:pPr>
      <w:pBdr>
        <w:left w:val="single" w:sz="12" w:space="6" w:color="69B92D"/>
      </w:pBdr>
      <w:spacing w:before="60" w:after="120"/>
      <w:ind w:left="91"/>
    </w:pPr>
    <w:rPr>
      <w:rFonts w:cs="Segoe UI"/>
      <w:sz w:val="20"/>
    </w:rPr>
  </w:style>
  <w:style w:type="paragraph" w:customStyle="1" w:styleId="IFSExplicacao">
    <w:name w:val="IFS Explicacao"/>
    <w:basedOn w:val="Normal"/>
    <w:pPr>
      <w:spacing w:before="40" w:after="180" w:line="278" w:lineRule="auto"/>
    </w:pPr>
    <w:rPr>
      <w:rFonts w:cs="Segoe UI"/>
      <w:sz w:val="20"/>
    </w:rPr>
  </w:style>
  <w:style w:type="paragraph" w:customStyle="1" w:styleId="IFSGabarito">
    <w:name w:val="IFS Gabarito"/>
    <w:basedOn w:val="Normal"/>
    <w:pPr>
      <w:pBdr>
        <w:left w:val="single" w:sz="20" w:space="7" w:color="69B92D"/>
      </w:pBdr>
      <w:shd w:val="clear" w:color="auto" w:fill="EAF5E2"/>
      <w:spacing w:before="80" w:after="160" w:line="274" w:lineRule="auto"/>
      <w:ind w:left="102" w:right="68"/>
    </w:pPr>
    <w:rPr>
      <w:rFonts w:cs="Segoe UI"/>
      <w:sz w:val="20"/>
    </w:rPr>
  </w:style>
  <w:style w:type="paragraph" w:customStyle="1" w:styleId="IFSLista">
    <w:name w:val="IFS Lista"/>
    <w:basedOn w:val="Commarcadores"/>
    <w:pPr>
      <w:tabs>
        <w:tab w:val="left" w:pos="465"/>
        <w:tab w:val="left" w:pos="465"/>
        <w:tab w:val="left" w:pos="465"/>
      </w:tabs>
      <w:spacing w:after="80" w:line="278" w:lineRule="auto"/>
      <w:ind w:left="465"/>
    </w:pPr>
    <w:rPr>
      <w:rFonts w:cs="Segoe UI"/>
      <w:sz w:val="21"/>
    </w:rPr>
  </w:style>
  <w:style w:type="paragraph" w:customStyle="1" w:styleId="IFSCodigo">
    <w:name w:val="IFS Codigo"/>
    <w:basedOn w:val="Normal"/>
    <w:pPr>
      <w:spacing w:after="0" w:line="240" w:lineRule="auto"/>
    </w:pPr>
    <w:rPr>
      <w:rFonts w:ascii="Cascadia Code" w:eastAsia="Cascadia Code" w:hAnsi="Cascadia Code" w:cs="Cascadia Code"/>
      <w:sz w:val="18"/>
    </w:rPr>
  </w:style>
  <w:style w:type="paragraph" w:customStyle="1" w:styleId="IFSCodigoNumero">
    <w:name w:val="IFS Codigo Numero"/>
    <w:basedOn w:val="Normal"/>
    <w:pPr>
      <w:spacing w:after="0" w:line="240" w:lineRule="auto"/>
    </w:pPr>
    <w:rPr>
      <w:rFonts w:ascii="Cascadia Code" w:eastAsia="Cascadia Code" w:hAnsi="Cascadia Code" w:cs="Cascadia Code"/>
      <w:color w:val="7B8775"/>
      <w:sz w:val="16"/>
    </w:rPr>
  </w:style>
  <w:style w:type="paragraph" w:customStyle="1" w:styleId="IFSAtencao">
    <w:name w:val="IFS Atencao"/>
    <w:basedOn w:val="Normal"/>
    <w:pPr>
      <w:pBdr>
        <w:left w:val="single" w:sz="20" w:space="7" w:color="DA251D"/>
      </w:pBdr>
      <w:shd w:val="clear" w:color="auto" w:fill="FBE7E5"/>
      <w:spacing w:before="100" w:after="160" w:line="274" w:lineRule="auto"/>
      <w:ind w:left="102" w:right="68"/>
    </w:pPr>
    <w:rPr>
      <w:rFonts w:cs="Segoe UI"/>
      <w:sz w:val="20"/>
    </w:rPr>
  </w:style>
  <w:style w:type="paragraph" w:customStyle="1" w:styleId="IFSDica">
    <w:name w:val="IFS Dica"/>
    <w:basedOn w:val="Normal"/>
    <w:pPr>
      <w:pBdr>
        <w:left w:val="single" w:sz="20" w:space="7" w:color="69B92D"/>
      </w:pBdr>
      <w:shd w:val="clear" w:color="auto" w:fill="EAF5E2"/>
      <w:spacing w:before="100" w:after="160" w:line="274" w:lineRule="auto"/>
      <w:ind w:left="102" w:right="68"/>
    </w:pPr>
    <w:rPr>
      <w:rFonts w:cs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4303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Programação 1 - Apostila IFS V2</dc:title>
  <dc:subject>Apostila diagramada no padrão visual IFS V2</dc:subject>
  <dc:creator>Prof. Ângelo Santana</dc:creator>
  <cp:keywords>IFS, Programação I, laços de repetição, JavaScript, IFS-EDITORIAL-V3</cp:keywords>
  <dc:description>generated by python-docx IFS-EDITORIAL-V3</dc:description>
  <cp:lastModifiedBy>Ângelo dos Santos Santana</cp:lastModifiedBy>
  <cp:revision>6</cp:revision>
  <cp:lastPrinted>2026-08-18T21:50:00Z</cp:lastPrinted>
  <dcterms:created xsi:type="dcterms:W3CDTF">2026-08-20T15:00:00Z</dcterms:created>
  <dcterms:modified xsi:type="dcterms:W3CDTF">2026-09-01T16:40:00Z</dcterms:modified>
  <cp:category/>
</cp:coreProperties>
</file>